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t>Муниципальное бюджетное общеобразовательное учреждение</w:t>
      </w:r>
    </w:p>
    <w:p>
      <w:pPr>
        <w:ind w:firstLine="0"/>
        <w:jc w:val="center"/>
      </w:pPr>
      <w:r>
        <w:t>«Средняя общеобразовательная школа № ___»</w:t>
      </w:r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rPr>
          <w:b/>
        </w:rPr>
        <w:t>ИССЛЕДОВАТЕЛЬСКАЯ РАБОТА</w:t>
      </w:r>
    </w:p>
    <w:p>
      <w:pPr>
        <w:ind w:firstLine="0"/>
        <w:jc w:val="center"/>
      </w:pPr>
      <w:r>
        <w:rPr>
          <w:i/>
          <w:color w:val="808080"/>
        </w:rPr>
        <w:t>«Название работы: вопрос, на который вы отвечаете»</w:t>
      </w:r>
    </w:p>
    <w:p>
      <w:pPr>
        <w:ind w:firstLine="0"/>
        <w:jc w:val="center"/>
      </w:pPr>
      <w:r>
        <w:t>Предмет: ____________________</w:t>
      </w:r>
    </w:p>
    <w:p>
      <w:r/>
    </w:p>
    <w:p>
      <w:r/>
    </w:p>
    <w:p>
      <w:r/>
    </w:p>
    <w:p>
      <w:r/>
    </w:p>
    <w:p>
      <w:r/>
    </w:p>
    <w:p>
      <w:r/>
    </w:p>
    <w:p>
      <w:pPr>
        <w:ind w:firstLine="0"/>
        <w:jc w:val="right"/>
      </w:pPr>
      <w:r>
        <w:t>Выполнил(а): фамилия, имя, класс</w:t>
        <w:br/>
        <w:t>Руководитель: фамилия, имя, отчество, должность</w:t>
      </w:r>
    </w:p>
    <w:p>
      <w:r/>
    </w:p>
    <w:p>
      <w:r/>
    </w:p>
    <w:p>
      <w:r/>
    </w:p>
    <w:p>
      <w:r/>
    </w:p>
    <w:p>
      <w:r/>
    </w:p>
    <w:p>
      <w:pPr>
        <w:ind w:firstLine="0"/>
        <w:jc w:val="center"/>
      </w:pPr>
      <w:r>
        <w:t>Город, 2026</w:t>
      </w:r>
    </w:p>
    <w:p>
      <w:r>
        <w:br w:type="page"/>
      </w:r>
    </w:p>
    <w:p>
      <w:pPr>
        <w:pStyle w:val="Heading1"/>
      </w:pPr>
      <w:r>
        <w:t>Оглавление</w:t>
      </w:r>
    </w:p>
    <w:p>
      <w:r>
        <w:t>Введение</w:t>
        <w:tab/>
        <w:t>___</w:t>
      </w:r>
    </w:p>
    <w:p>
      <w:r>
        <w:t>1. Обзор источников</w:t>
        <w:tab/>
        <w:t>___</w:t>
      </w:r>
    </w:p>
    <w:p>
      <w:r>
        <w:t>2. Методика исследования</w:t>
        <w:tab/>
        <w:t>___</w:t>
      </w:r>
    </w:p>
    <w:p>
      <w:r>
        <w:t>3. Результаты</w:t>
        <w:tab/>
        <w:t>___</w:t>
      </w:r>
    </w:p>
    <w:p>
      <w:r>
        <w:t>4. Обсуждение результатов</w:t>
        <w:tab/>
        <w:t>___</w:t>
      </w:r>
    </w:p>
    <w:p>
      <w:r>
        <w:t>Заключение</w:t>
        <w:tab/>
        <w:t>___</w:t>
      </w:r>
    </w:p>
    <w:p>
      <w:r>
        <w:t>Список литературы</w:t>
        <w:tab/>
        <w:t>___</w:t>
      </w:r>
    </w:p>
    <w:p>
      <w:r>
        <w:t>Приложения</w:t>
        <w:tab/>
        <w:t>___</w:t>
      </w:r>
    </w:p>
    <w:p>
      <w:r>
        <w:br w:type="page"/>
      </w:r>
    </w:p>
    <w:p>
      <w:pPr>
        <w:pStyle w:val="Heading1"/>
      </w:pPr>
      <w:r>
        <w:t>Введение</w:t>
      </w:r>
    </w:p>
    <w:p>
      <w:r>
        <w:rPr>
          <w:i/>
          <w:color w:val="808080"/>
        </w:rPr>
        <w:t>Актуальность: два-три предложения, почему вопрос стоит изучать сейчас и кому это нужно. Без общих слов о важности науки.</w:t>
      </w:r>
    </w:p>
    <w:p>
      <w:r>
        <w:rPr>
          <w:i/>
          <w:color w:val="808080"/>
        </w:rPr>
        <w:t>Проблема: что неизвестно или спорно. Одно предложение.</w:t>
      </w:r>
    </w:p>
    <w:p>
      <w:r>
        <w:rPr>
          <w:i/>
          <w:color w:val="808080"/>
        </w:rPr>
        <w:t>Объект исследования: явление или группа, которую изучаете (например, ученики 8 класса при решении задач).</w:t>
      </w:r>
    </w:p>
    <w:p>
      <w:r>
        <w:rPr>
          <w:i/>
          <w:color w:val="808080"/>
        </w:rPr>
        <w:t>Предмет исследования: та сторона объекта, которую измеряете (например, связь уровня шума и времени решения).</w:t>
      </w:r>
    </w:p>
    <w:p>
      <w:r>
        <w:rPr>
          <w:i/>
          <w:color w:val="808080"/>
        </w:rPr>
        <w:t>Цель: одно предложение, что хотите узнать. Начинается с «выяснить», «установить», «сравнить», «проверить».</w:t>
      </w:r>
    </w:p>
    <w:p>
      <w:r>
        <w:rPr>
          <w:i/>
          <w:color w:val="808080"/>
        </w:rPr>
        <w:t>Задачи: три до пяти шагов к цели, по одной на каждый раздел работы. Изучить источники, подобрать методику, провести замеры, обработать данные, сделать вывод.</w:t>
      </w:r>
    </w:p>
    <w:p>
      <w:r>
        <w:rPr>
          <w:i/>
          <w:color w:val="808080"/>
        </w:rPr>
        <w:t>Гипотеза: «если ..., то ...» или «... больше, чем ..., не менее чем на ...». Такая, чтобы её можно было опровергнуть результатом.</w:t>
      </w:r>
    </w:p>
    <w:p>
      <w:r>
        <w:rPr>
          <w:i/>
          <w:color w:val="808080"/>
        </w:rPr>
        <w:t>Методы: перечислить только те, что применяли на деле: наблюдение, измерение, эксперимент, опрос, анализ данных.</w:t>
      </w:r>
    </w:p>
    <w:p>
      <w:pPr>
        <w:pStyle w:val="Heading1"/>
      </w:pPr>
      <w:r>
        <w:t>1. Обзор источников</w:t>
      </w:r>
    </w:p>
    <w:p>
      <w:r>
        <w:rPr>
          <w:i/>
          <w:color w:val="808080"/>
        </w:rPr>
        <w:t>Что уже известно по вопросу из двух-четырёх источников: учебник, статья, справочник, сайт организации. Не пересказ, а ответ на вопрос «что до меня выяснили и чего не выяснили».</w:t>
      </w:r>
    </w:p>
    <w:p>
      <w:r>
        <w:rPr>
          <w:i/>
          <w:color w:val="808080"/>
        </w:rPr>
        <w:t>Каждый факт со ссылкой в квадратных скобках на номер источника из списка: [2, с. 41].</w:t>
      </w:r>
    </w:p>
    <w:p>
      <w:pPr>
        <w:pStyle w:val="Heading1"/>
      </w:pPr>
      <w:r>
        <w:t>2. Методика исследования</w:t>
      </w:r>
    </w:p>
    <w:p>
      <w:r>
        <w:rPr>
          <w:i/>
          <w:color w:val="808080"/>
        </w:rPr>
        <w:t>Что измеряли, чем (прибор, приложение, анкета), с какой точностью.</w:t>
      </w:r>
    </w:p>
    <w:p>
      <w:r>
        <w:rPr>
          <w:i/>
          <w:color w:val="808080"/>
        </w:rPr>
        <w:t>Кто и что участвовало: сколько человек или образцов, как отбирали.</w:t>
      </w:r>
    </w:p>
    <w:p>
      <w:r>
        <w:rPr>
          <w:i/>
          <w:color w:val="808080"/>
        </w:rPr>
        <w:t>Условия: где, когда, при какой температуре или обстановке.</w:t>
      </w:r>
    </w:p>
    <w:p>
      <w:r>
        <w:rPr>
          <w:i/>
          <w:color w:val="808080"/>
        </w:rPr>
        <w:t>Сколько повторов каждого замера (не меньше трёх) и как чередовали условия.</w:t>
      </w:r>
    </w:p>
    <w:p>
      <w:r>
        <w:rPr>
          <w:i/>
          <w:color w:val="808080"/>
        </w:rPr>
        <w:t>Как считали: среднее, разброс, доля в процентах. Правило: описать так, чтобы другой человек повторил и получил похожий результат.</w:t>
      </w:r>
    </w:p>
    <w:p>
      <w:pPr>
        <w:pStyle w:val="Heading1"/>
      </w:pPr>
      <w:r>
        <w:t>3. Результаты</w:t>
      </w:r>
    </w:p>
    <w:p>
      <w:r>
        <w:rPr>
          <w:i/>
          <w:color w:val="808080"/>
        </w:rPr>
        <w:t>Только то, что получилось: таблицы и графики с подписями. Без оценок и объяснений, они пойдут в обсуждение.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938"/>
          </w:tcPr>
          <w:p>
            <w:r>
              <w:t>№ замера</w:t>
            </w:r>
          </w:p>
        </w:tc>
        <w:tc>
          <w:tcPr>
            <w:tcW w:type="dxa" w:w="1938"/>
          </w:tcPr>
          <w:p>
            <w:r>
              <w:t>Условие</w:t>
            </w:r>
          </w:p>
        </w:tc>
        <w:tc>
          <w:tcPr>
            <w:tcW w:type="dxa" w:w="1938"/>
          </w:tcPr>
          <w:p>
            <w:r>
              <w:t>Повтор 1</w:t>
            </w:r>
          </w:p>
        </w:tc>
        <w:tc>
          <w:tcPr>
            <w:tcW w:type="dxa" w:w="1938"/>
          </w:tcPr>
          <w:p>
            <w:r>
              <w:t>Повтор 2</w:t>
            </w:r>
          </w:p>
        </w:tc>
        <w:tc>
          <w:tcPr>
            <w:tcW w:type="dxa" w:w="1938"/>
          </w:tcPr>
          <w:p>
            <w:r>
              <w:t>Повтор 3</w:t>
            </w:r>
          </w:p>
        </w:tc>
      </w:tr>
      <w:tr>
        <w:tc>
          <w:tcPr>
            <w:tcW w:type="dxa" w:w="1938"/>
          </w:tcPr>
          <w:p>
            <w:r>
              <w:t>1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2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  <w:tr>
        <w:tc>
          <w:tcPr>
            <w:tcW w:type="dxa" w:w="1938"/>
          </w:tcPr>
          <w:p>
            <w:r>
              <w:t>3</w:t>
            </w:r>
          </w:p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  <w:tc>
          <w:tcPr>
            <w:tcW w:type="dxa" w:w="1938"/>
          </w:tcPr>
          <w:p/>
        </w:tc>
      </w:tr>
    </w:tbl>
    <w:p>
      <w:r>
        <w:rPr>
          <w:i/>
          <w:color w:val="808080"/>
        </w:rPr>
        <w:t>Таблица 1. Название таблицы, единицы измерения</w:t>
      </w:r>
    </w:p>
    <w:p>
      <w:r>
        <w:rPr>
          <w:i/>
          <w:color w:val="808080"/>
        </w:rPr>
        <w:t>Рисунок 1. График по таблице 1: по горизонтали условие, по вертикали измеренная величина, отрезки погрешности у точек.</w:t>
      </w:r>
    </w:p>
    <w:p>
      <w:pPr>
        <w:pStyle w:val="Heading1"/>
      </w:pPr>
      <w:r>
        <w:t>4. Обсуждение результатов</w:t>
      </w:r>
    </w:p>
    <w:p>
      <w:r>
        <w:rPr>
          <w:i/>
          <w:color w:val="808080"/>
        </w:rPr>
        <w:t>Подтвердилась ли гипотеза, целиком или частично, и чем это видно в числах.</w:t>
      </w:r>
    </w:p>
    <w:p>
      <w:r>
        <w:rPr>
          <w:i/>
          <w:color w:val="808080"/>
        </w:rPr>
        <w:t>Что могло исказить результат: малая выборка, погрешность прибора, условия, которые не удалось выровнять.</w:t>
      </w:r>
    </w:p>
    <w:p>
      <w:r>
        <w:rPr>
          <w:i/>
          <w:color w:val="808080"/>
        </w:rPr>
        <w:t>Как результат соотносится с тем, что было известно из источников.</w:t>
      </w:r>
    </w:p>
    <w:p>
      <w:pPr>
        <w:pStyle w:val="Heading1"/>
      </w:pPr>
      <w:r>
        <w:t>Заключение</w:t>
      </w:r>
    </w:p>
    <w:p>
      <w:r>
        <w:rPr>
          <w:i/>
          <w:color w:val="808080"/>
        </w:rPr>
        <w:t>По одному выводу на каждую задачу из введения, в том же порядке.</w:t>
      </w:r>
    </w:p>
    <w:p>
      <w:r>
        <w:rPr>
          <w:i/>
          <w:color w:val="808080"/>
        </w:rPr>
        <w:t>Ответ на гипотезу одним предложением.</w:t>
      </w:r>
    </w:p>
    <w:p>
      <w:r>
        <w:rPr>
          <w:i/>
          <w:color w:val="808080"/>
        </w:rPr>
        <w:t>Что стоит проверить в следующей работе.</w:t>
      </w:r>
    </w:p>
    <w:p>
      <w:pPr>
        <w:pStyle w:val="Heading1"/>
      </w:pPr>
      <w:r>
        <w:t>Список литературы</w:t>
      </w:r>
    </w:p>
    <w:p>
      <w:r>
        <w:rPr>
          <w:i/>
          <w:color w:val="808080"/>
        </w:rPr>
        <w:t>По ГОСТ Р 7.0.5, в порядке упоминания или по алфавиту, не меньше пяти источников. Образец: Иванов И. И. Название книги. М.: Издательство, 2023. 240 с.</w:t>
      </w:r>
    </w:p>
    <w:p>
      <w:pPr>
        <w:pStyle w:val="Heading1"/>
      </w:pPr>
      <w:r>
        <w:t>Приложения</w:t>
      </w:r>
    </w:p>
    <w:p>
      <w:r>
        <w:rPr>
          <w:i/>
          <w:color w:val="808080"/>
        </w:rPr>
        <w:t>Полные таблицы всех замеров, бланк анкеты, фотографии установки. Каждое приложение с буквой и названием: Приложение А. Протокол замеров.</w:t>
      </w:r>
    </w:p>
    <w:p>
      <w:r>
        <w:br w:type="page"/>
      </w:r>
    </w:p>
    <w:p>
      <w:pPr>
        <w:pStyle w:val="Heading1"/>
      </w:pPr>
      <w:r>
        <w:t>Лист самопроверки перед сдачей</w:t>
      </w:r>
    </w:p>
    <w:p>
      <w:pPr>
        <w:ind w:firstLine="0"/>
      </w:pPr>
      <w:r>
        <w:t>☐ Вопрос работы такой, что ответ до замеров был неизвестен.</w:t>
      </w:r>
    </w:p>
    <w:p>
      <w:pPr>
        <w:ind w:firstLine="0"/>
      </w:pPr>
      <w:r>
        <w:t>☐ Гипотезу можно опровергнуть результатом.</w:t>
      </w:r>
    </w:p>
    <w:p>
      <w:pPr>
        <w:ind w:firstLine="0"/>
      </w:pPr>
      <w:r>
        <w:t>☐ Каждый замер повторён не меньше трёх раз, есть сравнение двух условий или групп.</w:t>
      </w:r>
    </w:p>
    <w:p>
      <w:pPr>
        <w:ind w:firstLine="0"/>
      </w:pPr>
      <w:r>
        <w:t>☐ Методика описана так, что её можно повторить.</w:t>
      </w:r>
    </w:p>
    <w:p>
      <w:pPr>
        <w:ind w:firstLine="0"/>
      </w:pPr>
      <w:r>
        <w:t>☐ В результатах только данные, в обсуждении только их смысл.</w:t>
      </w:r>
    </w:p>
    <w:p>
      <w:pPr>
        <w:ind w:firstLine="0"/>
      </w:pPr>
      <w:r>
        <w:t>☐ Выводов столько же, сколько задач, и в том же порядке.</w:t>
      </w:r>
    </w:p>
    <w:p>
      <w:pPr>
        <w:ind w:firstLine="0"/>
      </w:pPr>
      <w:r>
        <w:t>☐ Гипотеза в заключении та же, что во введении.</w:t>
      </w:r>
    </w:p>
    <w:p>
      <w:pPr>
        <w:ind w:firstLine="0"/>
      </w:pPr>
      <w:r>
        <w:t>☐ Все числа в тексте совпадают с таблицами в приложении.</w:t>
      </w:r>
    </w:p>
    <w:p>
      <w:pPr>
        <w:ind w:firstLine="0"/>
      </w:pPr>
      <w:r>
        <w:t>☐ Список литературы оформлен по ГОСТ, ссылки в тексте стоят.</w:t>
      </w:r>
    </w:p>
    <w:p>
      <w:pPr>
        <w:ind w:firstLine="0"/>
      </w:pPr>
      <w:r>
        <w:t>☐ Шрифт 14, интервал 1,5, поля 3/1,5/2/2, страницы пронумерованы.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