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Паспорт продукта проекта</w:t>
      </w:r>
    </w:p>
    <w:p>
      <w:r>
        <w:rPr>
          <w:i/>
          <w:color w:val="808080"/>
        </w:rPr>
        <w:t>Заполняется в начале работы и уточняется по ходу. Подшивается к паспорту проекта.</w:t>
      </w:r>
    </w:p>
    <w:p>
      <w:r/>
    </w:p>
    <w:p>
      <w:pPr>
        <w:ind w:firstLine="0"/>
      </w:pPr>
      <w:r>
        <w:rPr>
          <w:b/>
        </w:rPr>
        <w:t>Название продукта</w:t>
      </w:r>
    </w:p>
    <w:p>
      <w:r>
        <w:rPr>
          <w:i/>
          <w:color w:val="808080"/>
        </w:rPr>
        <w:t>Существительное: памятка, бот, полка, справочник. Не «презентация» и не «исследование».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Объём</w:t>
      </w:r>
    </w:p>
    <w:p>
      <w:r>
        <w:rPr>
          <w:i/>
          <w:color w:val="808080"/>
        </w:rPr>
        <w:t>Страниц, карточек, минут, штук: «лист А4 с двух сторон, 40 экземпляров».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Получатель</w:t>
      </w:r>
    </w:p>
    <w:p>
      <w:r>
        <w:rPr>
          <w:i/>
          <w:color w:val="808080"/>
        </w:rPr>
        <w:t>Конкретно: совет дома, учитель биологии, родители первоклассников.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Проблема получателя</w:t>
      </w:r>
    </w:p>
    <w:p>
      <w:r>
        <w:rPr>
          <w:i/>
          <w:color w:val="808080"/>
        </w:rPr>
        <w:t>Одно предложение с числом: «в 12 дворах из 20 нет сетки для пластика».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Требования к продукту</w:t>
      </w:r>
    </w:p>
    <w:p>
      <w:r>
        <w:rPr>
          <w:i/>
          <w:color w:val="808080"/>
        </w:rPr>
        <w:t>Три до пяти пунктов, каждый можно проверить. Если проверить нельзя, переписать.</w:t>
      </w:r>
    </w:p>
    <w:p>
      <w:pPr>
        <w:ind w:firstLine="0"/>
      </w:pPr>
      <w:r>
        <w:t>1. Объём: ______________________________________________</w:t>
      </w:r>
    </w:p>
    <w:p>
      <w:pPr>
        <w:ind w:firstLine="0"/>
      </w:pPr>
      <w:r>
        <w:t>2. Содержание: ______________________________________________</w:t>
      </w:r>
    </w:p>
    <w:p>
      <w:pPr>
        <w:ind w:firstLine="0"/>
      </w:pPr>
      <w:r>
        <w:t>3. Понятность (как проверили на людях): ______________________________________________</w:t>
      </w:r>
    </w:p>
    <w:p>
      <w:pPr>
        <w:ind w:firstLine="0"/>
      </w:pPr>
      <w:r>
        <w:t>4. Распространение (сколько, где, к какому сроку): ______________________________________________</w:t>
      </w:r>
    </w:p>
    <w:p>
      <w:pPr>
        <w:ind w:firstLine="0"/>
      </w:pPr>
      <w:r>
        <w:t>5. Результат (что изменится у получателя и как измерим): ______________________________________________</w:t>
      </w:r>
    </w:p>
    <w:p>
      <w:r/>
    </w:p>
    <w:p>
      <w:pPr>
        <w:pStyle w:val="Heading2"/>
      </w:pPr>
      <w:r>
        <w:t>Проверка на получателе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Что измерили до</w:t>
            </w:r>
          </w:p>
        </w:tc>
        <w:tc>
          <w:tcPr>
            <w:tcW w:type="dxa" w:w="3230"/>
          </w:tcPr>
          <w:p>
            <w:r>
              <w:t>Что измерили после</w:t>
            </w:r>
          </w:p>
        </w:tc>
        <w:tc>
          <w:tcPr>
            <w:tcW w:type="dxa" w:w="3230"/>
          </w:tcPr>
          <w:p>
            <w:r>
              <w:t>Когда и как</w:t>
            </w:r>
          </w:p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</w:tbl>
    <w:p>
      <w:r/>
    </w:p>
    <w:p>
      <w:pPr>
        <w:ind w:firstLine="0"/>
      </w:pPr>
      <w:r>
        <w:rPr>
          <w:b/>
        </w:rPr>
        <w:t>Вывод для защиты (одно предложение с числом):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Акт передачи продукта</w:t>
      </w:r>
    </w:p>
    <w:p>
      <w:r>
        <w:t>Я, ____________________ (ФИО получателя, должность или роль), получил(а) от ____________________ (ФИО автора, класс) продукт проекта «____________________» в количестве ______ (штук, экземпляров, файлов) «___» __________ 2026 года.</w:t>
      </w:r>
    </w:p>
    <w:p>
      <w:r/>
    </w:p>
    <w:p>
      <w:r>
        <w:t>Продукт будет использоваться так: ______________________________________________</w:t>
      </w:r>
    </w:p>
    <w:p>
      <w:r/>
    </w:p>
    <w:p>
      <w:r>
        <w:t>Замечания и пожелания получателя: ______________________________________________</w:t>
      </w:r>
    </w:p>
    <w:p>
      <w:r/>
    </w:p>
    <w:p>
      <w:r>
        <w:t>Подпись получателя ______________          Подпись автора ______________</w:t>
      </w:r>
    </w:p>
    <w:p>
      <w:r/>
    </w:p>
    <w:p>
      <w:r>
        <w:rPr>
          <w:i/>
          <w:color w:val="808080"/>
        </w:rPr>
        <w:t>Акт подшивается к паспорту проекта и предъявляется на защите вместе с продуктом. Для цифрового продукта вместо количества указывается адрес или название.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