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ind w:firstLine="0"/>
        <w:jc w:val="center"/>
      </w:pPr>
      <w:r>
        <w:t>Муниципальное бюджетное общеобразовательное учреждение</w:t>
      </w:r>
    </w:p>
    <w:p>
      <w:pPr>
        <w:ind w:firstLine="0"/>
        <w:jc w:val="center"/>
      </w:pPr>
      <w:r>
        <w:t>«Средняя общеобразовательная школа № ___»</w:t>
      </w:r>
    </w:p>
    <w:p>
      <w:r/>
    </w:p>
    <w:p>
      <w:r/>
    </w:p>
    <w:p>
      <w:r/>
    </w:p>
    <w:p>
      <w:r/>
    </w:p>
    <w:p>
      <w:r/>
    </w:p>
    <w:p>
      <w:r/>
    </w:p>
    <w:p>
      <w:pPr>
        <w:ind w:firstLine="0"/>
        <w:jc w:val="center"/>
      </w:pPr>
      <w:r>
        <w:rPr>
          <w:b/>
        </w:rPr>
        <w:t>ИНДИВИДУАЛЬНЫЙ ПРОЕКТ</w:t>
      </w:r>
    </w:p>
    <w:p>
      <w:pPr>
        <w:ind w:firstLine="0"/>
        <w:jc w:val="center"/>
      </w:pPr>
      <w:r>
        <w:rPr>
          <w:i/>
          <w:color w:val="808080"/>
        </w:rPr>
        <w:t>«Тема проекта точно как в паспорте проекта»</w:t>
      </w:r>
    </w:p>
    <w:p>
      <w:pPr>
        <w:ind w:firstLine="0"/>
        <w:jc w:val="center"/>
      </w:pPr>
      <w:r>
        <w:t>Предметная область: ____________________</w:t>
      </w:r>
    </w:p>
    <w:p>
      <w:r/>
    </w:p>
    <w:p>
      <w:r/>
    </w:p>
    <w:p>
      <w:r/>
    </w:p>
    <w:p>
      <w:r/>
    </w:p>
    <w:p>
      <w:r/>
    </w:p>
    <w:p>
      <w:r/>
    </w:p>
    <w:p>
      <w:pPr>
        <w:ind w:firstLine="0"/>
        <w:jc w:val="right"/>
      </w:pPr>
      <w:r>
        <w:t>Выполнил(а): фамилия, имя, класс</w:t>
        <w:br/>
        <w:t>Руководитель: фамилия, имя, отчество, должность</w:t>
      </w:r>
    </w:p>
    <w:p>
      <w:r/>
    </w:p>
    <w:p>
      <w:r/>
    </w:p>
    <w:p>
      <w:r/>
    </w:p>
    <w:p>
      <w:r/>
    </w:p>
    <w:p>
      <w:r/>
    </w:p>
    <w:p>
      <w:pPr>
        <w:ind w:firstLine="0"/>
        <w:jc w:val="center"/>
      </w:pPr>
      <w:r>
        <w:t>Город, 2026</w:t>
      </w:r>
    </w:p>
    <w:p>
      <w:r>
        <w:br w:type="page"/>
      </w:r>
    </w:p>
    <w:p>
      <w:pPr>
        <w:pStyle w:val="Heading1"/>
      </w:pPr>
      <w:r>
        <w:t>Оглавление</w:t>
      </w:r>
    </w:p>
    <w:p>
      <w:r>
        <w:t>Введение</w:t>
        <w:tab/>
        <w:t>___</w:t>
      </w:r>
    </w:p>
    <w:p>
      <w:r>
        <w:t>Глава 1. Что известно по теме</w:t>
        <w:tab/>
        <w:t>___</w:t>
      </w:r>
    </w:p>
    <w:p>
      <w:r>
        <w:t>Глава 2. Как делался продукт</w:t>
        <w:tab/>
        <w:t>___</w:t>
      </w:r>
    </w:p>
    <w:p>
      <w:r>
        <w:t>Заключение</w:t>
        <w:tab/>
        <w:t>___</w:t>
      </w:r>
    </w:p>
    <w:p>
      <w:r>
        <w:t>Список литературы</w:t>
        <w:tab/>
        <w:t>___</w:t>
      </w:r>
    </w:p>
    <w:p>
      <w:r>
        <w:t>Приложения</w:t>
        <w:tab/>
        <w:t>___</w:t>
      </w:r>
    </w:p>
    <w:p>
      <w:r>
        <w:rPr>
          <w:i/>
          <w:color w:val="808080"/>
        </w:rPr>
        <w:t>Собирается автоматически: Ссылки, Оглавление. Эту заготовку удалите после сборки.</w:t>
      </w:r>
    </w:p>
    <w:p>
      <w:r>
        <w:br w:type="page"/>
      </w:r>
    </w:p>
    <w:p>
      <w:pPr>
        <w:pStyle w:val="Heading1"/>
      </w:pPr>
      <w:r>
        <w:t>Введение</w:t>
      </w:r>
    </w:p>
    <w:p>
      <w:r>
        <w:rPr>
          <w:i/>
          <w:color w:val="808080"/>
        </w:rPr>
        <w:t>Актуальность: два-три предложения с фактом или числом, почему тема касается вас или вашей школы сейчас.</w:t>
      </w:r>
    </w:p>
    <w:p>
      <w:r>
        <w:rPr>
          <w:i/>
          <w:color w:val="808080"/>
        </w:rPr>
        <w:t>Проблема: что не так и кому от этого неудобно. Одно предложение.</w:t>
      </w:r>
    </w:p>
    <w:p>
      <w:r>
        <w:rPr>
          <w:i/>
          <w:color w:val="808080"/>
        </w:rPr>
        <w:t>Цель: одно предложение, что должно появиться в конце. Начинается с «создать», «разработать», «подготовить», «выяснить».</w:t>
      </w:r>
    </w:p>
    <w:p>
      <w:r>
        <w:rPr>
          <w:i/>
          <w:color w:val="808080"/>
        </w:rPr>
        <w:t>Задачи: три до пяти шагов к цели, по одному на раздел работы: изучить, выяснить, спроектировать, сделать, проверить.</w:t>
      </w:r>
    </w:p>
    <w:p>
      <w:r>
        <w:rPr>
          <w:i/>
          <w:color w:val="808080"/>
        </w:rPr>
        <w:t>Продукт проекта: что именно получится и кому предназначено (памятка, сайт, макет, мероприятие, видео).</w:t>
      </w:r>
    </w:p>
    <w:p>
      <w:r>
        <w:rPr>
          <w:i/>
          <w:color w:val="808080"/>
        </w:rPr>
        <w:t>Методы: только те, что применяли: анализ источников, опрос, наблюдение, моделирование, эксперимент.</w:t>
      </w:r>
    </w:p>
    <w:p>
      <w:pPr>
        <w:pStyle w:val="Heading1"/>
      </w:pPr>
      <w:r>
        <w:t>Глава 1. Что известно по теме</w:t>
      </w:r>
    </w:p>
    <w:p>
      <w:r>
        <w:rPr>
          <w:i/>
          <w:color w:val="808080"/>
        </w:rPr>
        <w:t>Две-четыре страницы по источникам: не пересказ, а ответ на вопрос «что уже сделано другими и чего не хватает». Каждый факт со ссылкой в квадратных скобках: [2, с. 41].</w:t>
      </w:r>
    </w:p>
    <w:p>
      <w:r>
        <w:rPr>
          <w:i/>
          <w:color w:val="808080"/>
        </w:rPr>
        <w:t>1.1 Первый параграф: ключевые понятия по теме.</w:t>
      </w:r>
    </w:p>
    <w:p>
      <w:r>
        <w:rPr>
          <w:i/>
          <w:color w:val="808080"/>
        </w:rPr>
        <w:t>1.2 Второй параграф: как эту задачу решают сейчас и что в этом не устраивает.</w:t>
      </w:r>
    </w:p>
    <w:p>
      <w:pPr>
        <w:pStyle w:val="Heading1"/>
      </w:pPr>
      <w:r>
        <w:t>Глава 2. Как делался продукт</w:t>
      </w:r>
    </w:p>
    <w:p>
      <w:r>
        <w:rPr>
          <w:i/>
          <w:color w:val="808080"/>
        </w:rPr>
        <w:t>2.1 Замысел: каким должен быть продукт и по каким требованиям его оценивать.</w:t>
      </w:r>
    </w:p>
    <w:p>
      <w:r>
        <w:rPr>
          <w:i/>
          <w:color w:val="808080"/>
        </w:rPr>
        <w:t>2.2 Ход работы: шаги с датами, что не получилось с первого раза и как переделали.</w:t>
      </w:r>
    </w:p>
    <w:p>
      <w:r>
        <w:rPr>
          <w:i/>
          <w:color w:val="808080"/>
        </w:rPr>
        <w:t>2.3 Результат: описание продукта, фото или скриншот в приложении, ссылка на него: «фотографии в приложении Б».</w:t>
      </w:r>
    </w:p>
    <w:p>
      <w:r>
        <w:rPr>
          <w:i/>
          <w:color w:val="808080"/>
        </w:rPr>
        <w:t>2.4 Проверка: как продукт испытали на получателях, сколько человек, что сказали, что изменили после проверки.</w:t>
      </w:r>
    </w:p>
    <w:p>
      <w:pPr>
        <w:pStyle w:val="Heading1"/>
      </w:pPr>
      <w:r>
        <w:t>Заключение</w:t>
      </w:r>
    </w:p>
    <w:p>
      <w:r>
        <w:rPr>
          <w:i/>
          <w:color w:val="808080"/>
        </w:rPr>
        <w:t>По одному выводу на каждую задачу из введения, в том же порядке.</w:t>
      </w:r>
    </w:p>
    <w:p>
      <w:r>
        <w:rPr>
          <w:i/>
          <w:color w:val="808080"/>
        </w:rPr>
        <w:t>Достигнута ли цель и получился ли продукт.</w:t>
      </w:r>
    </w:p>
    <w:p>
      <w:r>
        <w:rPr>
          <w:i/>
          <w:color w:val="808080"/>
        </w:rPr>
        <w:t>Что бы сделали иначе и что можно продолжить.</w:t>
      </w:r>
    </w:p>
    <w:p>
      <w:pPr>
        <w:pStyle w:val="Heading1"/>
      </w:pPr>
      <w:r>
        <w:t>Список литературы</w:t>
      </w:r>
    </w:p>
    <w:p>
      <w:r>
        <w:rPr>
          <w:i/>
          <w:color w:val="808080"/>
        </w:rPr>
        <w:t>По ГОСТ Р 7.0.100, по алфавиту, с номерами, пять до восьми источников, хотя бы одна книга. Образцы:</w:t>
      </w:r>
    </w:p>
    <w:p>
      <w:r>
        <w:rPr>
          <w:i/>
          <w:color w:val="808080"/>
        </w:rPr>
        <w:t>Хессайон, Д. Г. Всё о комнатных растениях / Д. Г. Хессайон. Москва : Кладезь-Букс, 2019. 256 с.</w:t>
      </w:r>
    </w:p>
    <w:p>
      <w:r>
        <w:rPr>
          <w:i/>
          <w:color w:val="808080"/>
        </w:rPr>
        <w:t>Иванова, Е. П. Режим полива декоративных растений / Е. П. Иванова // Цветоводство. 2021. № 4. С. 22–25.</w:t>
      </w:r>
    </w:p>
    <w:p>
      <w:r>
        <w:rPr>
          <w:i/>
          <w:color w:val="808080"/>
        </w:rPr>
        <w:t>Как поливать комнатные растения зимой // Ботанический сад МГУ : сайт. URL: https://botsad.msu.ru/poliv (дата обращения: 14.02.2026).</w:t>
      </w:r>
    </w:p>
    <w:p>
      <w:pPr>
        <w:pStyle w:val="Heading1"/>
      </w:pPr>
      <w:r>
        <w:t>Приложения</w:t>
      </w:r>
    </w:p>
    <w:p>
      <w:r>
        <w:rPr>
          <w:i/>
          <w:color w:val="808080"/>
        </w:rPr>
        <w:t>Каждое с новой страницы, наверху по центру «Приложение А» и название. Анкета целиком, полные таблицы, фотографии продукта, чертежи, скриншоты.</w:t>
      </w:r>
    </w:p>
    <w:p>
      <w:r>
        <w:br w:type="page"/>
      </w:r>
    </w:p>
    <w:p>
      <w:pPr>
        <w:pStyle w:val="Heading1"/>
      </w:pPr>
      <w:r>
        <w:t>Лист самопроверки перед печатью</w:t>
      </w:r>
    </w:p>
    <w:p>
      <w:pPr>
        <w:ind w:firstLine="0"/>
      </w:pPr>
      <w:r>
        <w:t>☐ Тема на титульном листе слово в слово как в паспорте проекта.</w:t>
      </w:r>
    </w:p>
    <w:p>
      <w:pPr>
        <w:ind w:firstLine="0"/>
      </w:pPr>
      <w:r>
        <w:t>☐ Весь текст одним шрифтом 14, интервал 1,5, отступ первой строки 1,25 см.</w:t>
      </w:r>
    </w:p>
    <w:p>
      <w:pPr>
        <w:ind w:firstLine="0"/>
      </w:pPr>
      <w:r>
        <w:t>☐ Поля: левое 3 см, правое 1,5, верхнее и нижнее по 2.</w:t>
      </w:r>
    </w:p>
    <w:p>
      <w:pPr>
        <w:ind w:firstLine="0"/>
      </w:pPr>
      <w:r>
        <w:t>☐ Титульный без номера, дальше сквозная нумерация внизу по центру.</w:t>
      </w:r>
    </w:p>
    <w:p>
      <w:pPr>
        <w:ind w:firstLine="0"/>
      </w:pPr>
      <w:r>
        <w:t>☐ Оглавление собрано автоматически и обновлено после последней правки.</w:t>
      </w:r>
    </w:p>
    <w:p>
      <w:pPr>
        <w:ind w:firstLine="0"/>
      </w:pPr>
      <w:r>
        <w:t>☐ Задач во введении столько же, сколько выводов в заключении, и в том же порядке.</w:t>
      </w:r>
    </w:p>
    <w:p>
      <w:pPr>
        <w:ind w:firstLine="0"/>
      </w:pPr>
      <w:r>
        <w:t>☐ У каждой таблицы подпись сверху, у каждого рисунка снизу, и на каждую есть ссылка в тексте.</w:t>
      </w:r>
    </w:p>
    <w:p>
      <w:pPr>
        <w:ind w:firstLine="0"/>
      </w:pPr>
      <w:r>
        <w:t>☐ Список литературы по алфавиту, у сайтов дата обращения, Википедии в списке нет.</w:t>
      </w:r>
    </w:p>
    <w:p>
      <w:pPr>
        <w:ind w:firstLine="0"/>
      </w:pPr>
      <w:r>
        <w:t>☐ Приложения обозначены буквами, на каждое есть ссылка из текста.</w:t>
      </w:r>
    </w:p>
    <w:p>
      <w:pPr>
        <w:ind w:firstLine="0"/>
      </w:pPr>
      <w:r>
        <w:t>☐ Файл сохранён в PDF и открыт на другом устройстве: страницы не съехали.</w:t>
      </w:r>
    </w:p>
    <w:sectPr w:rsidR="00FC693F" w:rsidRPr="0006063C" w:rsidSect="00034616"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after="0"/>
      <w:ind w:firstLine="709"/>
    </w:pPr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ind w:firstLine="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ind w:firstLine="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