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Речь к защите диплома: шаблон на 8 минут</w:t>
      </w:r>
    </w:p>
    <w:p>
      <w:r>
        <w:rPr>
          <w:i/>
          <w:color w:val="808080"/>
        </w:rPr>
        <w:t>Шесть блоков, у каждого время, слайды и заготовка фразы. Впишите тему, цифры и задачи из своей работы, уберите заготовки, которые не подходят, и прочитайте вслух с секундомером. Норма: 100 до 110 слов в минуту, на 8 минут 800 до 900 слов.</w:t>
      </w:r>
    </w:p>
    <w:p>
      <w:r/>
    </w:p>
    <w:p>
      <w:pPr>
        <w:ind w:firstLine="0"/>
      </w:pPr>
      <w:r>
        <w:rPr>
          <w:b/>
        </w:rPr>
        <w:t>1. Вступление, 30 секунд, слайды 1 и 2</w:t>
      </w:r>
    </w:p>
    <w:p>
      <w:r>
        <w:rPr>
          <w:i/>
          <w:color w:val="808080"/>
        </w:rPr>
        <w:t>Одна цифра, один источник, одно предложение о том, почему это проблема. Без «в современном мире» и «трудно переоценить».</w:t>
      </w:r>
    </w:p>
    <w:p>
      <w:r>
        <w:t>Уважаемые члены комиссии, тема моей выпускной работы «________________». Работа выполнена по материалам ________________ (предприятие, организация, база практики). За ________ (период) ________________ (факт с цифрой и источником). Действующий порядок этого не решает, и в этом причина работы.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2. Объект, предмет, цель и задачи, 1 минута, слайды 3 и 4</w:t>
      </w:r>
    </w:p>
    <w:p>
      <w:r>
        <w:rPr>
          <w:i/>
          <w:color w:val="808080"/>
        </w:rPr>
        <w:t>Формулировки дословно из введения. Число задач запомните: столько же будет выводов.</w:t>
      </w:r>
    </w:p>
    <w:p>
      <w:r>
        <w:t>Объект исследования ________________, предмет ________________. Цель работы: ________________ (глагол совершенного вида плюс результат плюс условие). Для этого решены ____ задачи: ________________; ________________; ________________; ________________.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3. Подход, 1,5 минуты, слайды 5 до 7</w:t>
      </w:r>
    </w:p>
    <w:p>
      <w:r>
        <w:rPr>
          <w:i/>
          <w:color w:val="808080"/>
        </w:rPr>
        <w:t>Не пересказ главы, а выбор и его причина. Про отвергнутые варианты по одной фразе.</w:t>
      </w:r>
    </w:p>
    <w:p>
      <w:r>
        <w:t>Нормативная и теоретическая база: ________________ (два-три источника по названию). Из ____ возможных подходов (________________, ________________, ________________) выбран ________________, потому что ________________. Сравнение по ____ критериям на слайде ____.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4. Практическая часть, 3 минуты, слайды 8 до 11</w:t>
      </w:r>
    </w:p>
    <w:p>
      <w:r>
        <w:rPr>
          <w:i/>
          <w:color w:val="808080"/>
        </w:rPr>
        <w:t>Самый длинный блок. Три-четыре абзаца по одному на слайд. Говорите о том, что сделали вы, глаголами первого лица.</w:t>
      </w:r>
    </w:p>
    <w:p>
      <w:r>
        <w:t>Анализ показал, что ________________ (главная находка с цифрой). Поэтому ________________ (что сделано: разработано, рассчитано, спроектировано). ________________ (как устроено решение, по слайду ____). ________________ (второй элемент решения, слайд ____). Подробные расчёты и спецификация в приложении ____.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5. Результаты и рекомендации, 1,5 минуты, слайды 12 и 13</w:t>
      </w:r>
    </w:p>
    <w:p>
      <w:r>
        <w:rPr>
          <w:i/>
          <w:color w:val="808080"/>
        </w:rPr>
        <w:t>Каждая цифра здесь должна совпадать с текстом работы. Сверьте перед защитой.</w:t>
      </w:r>
    </w:p>
    <w:p>
      <w:r>
        <w:t>Проверка результата: ________________ (как и за какой период). Было ________, стало ________. Затраты ________, эффект ________ в год, срок окупаемости ________. Рекомендации: ________________; ________________.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6. Выводы, 30 секунд, слайды 14 и 15</w:t>
      </w:r>
    </w:p>
    <w:p>
      <w:r>
        <w:rPr>
          <w:i/>
          <w:color w:val="808080"/>
        </w:rPr>
        <w:t>Выводы в той же нумерации, что задачи. Последнюю фразу выучите дословно.</w:t>
      </w:r>
    </w:p>
    <w:p>
      <w:r>
        <w:t>Таким образом, все ____ задачи решены: ________________, ________________, ________________, ________________. Цель работы достигнута. Доклад окончен, спасибо за внимание, готов(а) ответить на вопросы.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Ответы на замечания рецензента</w:t>
      </w:r>
    </w:p>
    <w:p>
      <w:r>
        <w:rPr>
          <w:i/>
          <w:color w:val="808080"/>
        </w:rPr>
        <w:t>Выпишите каждое замечание дословно и подготовьте ответ в два предложения по одной из трёх схем: «справедливо, и вот почему так вышло», «справедливо, и это следующий шаг», «основано на недоразумении, см. раздел ____».</w:t>
      </w:r>
    </w:p>
    <w:p>
      <w:pPr>
        <w:ind w:firstLine="0"/>
      </w:pPr>
      <w:r>
        <w:rPr>
          <w:b/>
        </w:rPr>
        <w:t>Замечание 1: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Ответ: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Замечание 2: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Ответ: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Замечание 3: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Ответ: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Замечание 4: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Ответ: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15 вопросов комиссии</w:t>
      </w:r>
    </w:p>
    <w:p>
      <w:r>
        <w:rPr>
          <w:i/>
          <w:color w:val="808080"/>
        </w:rPr>
        <w:t>По одному предложению на каждый. Если на вопрос нечего ответить, это место в работе, которое стоит перечитать до защиты.</w:t>
      </w:r>
    </w:p>
    <w:p>
      <w:pPr>
        <w:ind w:firstLine="0"/>
      </w:pPr>
      <w:r>
        <w:rPr>
          <w:b/>
        </w:rPr>
        <w:t>1. В чём новизна работы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2. Откуда взяты данные, за какой период, сколько записей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3. Почему выбран этот метод, какие альтернативы рассматривались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4. Где это внедрено или может быть внедрено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5. Какой экономический эффект и как он посчитан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6. Что было самым сложным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7. Что бы вы изменили, если начать заново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8. Какие ограничения у решения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9. Почему именно этот объект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10. Как проверяли результат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11. Чем ваш вариант лучше готовых решений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12. Что показывает график на слайде 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13. Как результат соотносится с целью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14. Кто автор методики, на которую вы опираетесь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15. Что дальше с этой работой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За день до защиты</w:t>
      </w:r>
    </w:p>
    <w:p>
      <w:pPr>
        <w:ind w:firstLine="0"/>
      </w:pPr>
      <w:r>
        <w:t>☐ Файл презентации на флешке и в почте самому себе, запасной вариант в PDF</w:t>
      </w:r>
    </w:p>
    <w:p>
      <w:pPr>
        <w:ind w:firstLine="0"/>
      </w:pPr>
      <w:r>
        <w:t>☐ Презентация проверена на чужом компьютере: шрифты и вёрстка на месте</w:t>
      </w:r>
    </w:p>
    <w:p>
      <w:pPr>
        <w:ind w:firstLine="0"/>
      </w:pPr>
      <w:r>
        <w:t>☐ Распечатанная работа с закладками на главах</w:t>
      </w:r>
    </w:p>
    <w:p>
      <w:pPr>
        <w:ind w:firstLine="0"/>
      </w:pPr>
      <w:r>
        <w:t>☐ Раздаточный материал, если требует кафедра</w:t>
      </w:r>
    </w:p>
    <w:p>
      <w:pPr>
        <w:ind w:firstLine="0"/>
      </w:pPr>
      <w:r>
        <w:t>☐ Текст доклада распечатан крупным шрифтом</w:t>
      </w:r>
    </w:p>
    <w:p>
      <w:pPr>
        <w:ind w:firstLine="0"/>
      </w:pPr>
      <w:r>
        <w:t>☐ Ответы на замечания рецензента выписаны, по два предложения на каждое</w:t>
      </w:r>
    </w:p>
    <w:p>
      <w:pPr>
        <w:ind w:firstLine="0"/>
      </w:pPr>
      <w:r>
        <w:t>☐ Ответы на 15 вопросов ниже, по одному предложению</w:t>
      </w:r>
    </w:p>
    <w:p>
      <w:pPr>
        <w:ind w:firstLine="0"/>
      </w:pPr>
      <w:r>
        <w:t>☐ Цифры на слайдах сверены с текстом работы</w:t>
      </w:r>
    </w:p>
    <w:p>
      <w:pPr>
        <w:ind w:firstLine="0"/>
      </w:pPr>
      <w:r>
        <w:t>☐ Доклад прогнан вслух с секундомером три раза, время в регламенте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