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Тема работы, как на титульном листе</w:t>
      </w:r>
    </w:p>
    <w:p>
      <w:pPr>
        <w:pStyle w:val="Heading2"/>
      </w:pPr>
      <w:r>
        <w:t>Выполнил: фамилия, имя, группа</w:t>
      </w:r>
    </w:p>
    <w:p>
      <w:pPr>
        <w:pStyle w:val="Heading2"/>
      </w:pPr>
      <w:r>
        <w:t>Руководитель: должность, фамилия, инициалы</w:t>
      </w:r>
    </w:p>
    <w:p>
      <w:r>
        <w:rPr>
          <w:i/>
          <w:color w:val="808080"/>
        </w:rPr>
        <w:t>После импорта смените макет этого слайда на «Титульный слайд».</w:t>
      </w:r>
    </w:p>
    <w:p>
      <w:r>
        <w:rPr>
          <w:i/>
          <w:color w:val="808080"/>
        </w:rPr>
        <w:t>Как пользоваться. Замените текст заголовков своим, не меняя стили. Сохраните файл. В PowerPoint: вкладка «Главная», стрелка под кнопкой «Создать слайд», пункт «Слайды из структуры», выберите этот файл. Получится 11 слайдов. Серый текст, как этот, на слайды не попадёт: PowerPoint переносит только заголовки.</w:t>
      </w:r>
    </w:p>
    <w:p>
      <w:r>
        <w:rPr>
          <w:i/>
          <w:color w:val="808080"/>
        </w:rPr>
        <w:t>Стиль «Заголовок 1» это заголовок слайда, «Заголовок 2» пункт на слайде, «Заголовок 3» подпункт. Лишние пункты удаляйте, новые добавляйте тем же стилем.</w:t>
      </w:r>
    </w:p>
    <w:p>
      <w:pPr>
        <w:pStyle w:val="Heading1"/>
      </w:pPr>
      <w:r>
        <w:t>Актуальность</w:t>
      </w:r>
    </w:p>
    <w:p>
      <w:pPr>
        <w:pStyle w:val="Heading2"/>
      </w:pPr>
      <w:r>
        <w:t>Почему тема важна сейчас, одной фразой</w:t>
      </w:r>
    </w:p>
    <w:p>
      <w:pPr>
        <w:pStyle w:val="Heading2"/>
      </w:pPr>
      <w:r>
        <w:t>Цифра из отрасли, закона или статистики</w:t>
      </w:r>
    </w:p>
    <w:p>
      <w:r>
        <w:rPr>
          <w:i/>
          <w:color w:val="808080"/>
        </w:rPr>
        <w:t>Одно предложение из введения, не абзац.</w:t>
      </w:r>
    </w:p>
    <w:p>
      <w:pPr>
        <w:pStyle w:val="Heading1"/>
      </w:pPr>
      <w:r>
        <w:t>Цель и задачи</w:t>
      </w:r>
    </w:p>
    <w:p>
      <w:pPr>
        <w:pStyle w:val="Heading2"/>
      </w:pPr>
      <w:r>
        <w:t>Цель: дословно из введения</w:t>
      </w:r>
    </w:p>
    <w:p>
      <w:pPr>
        <w:pStyle w:val="Heading2"/>
      </w:pPr>
      <w:r>
        <w:t>Задача 1: глагол и объект</w:t>
      </w:r>
    </w:p>
    <w:p>
      <w:pPr>
        <w:pStyle w:val="Heading2"/>
      </w:pPr>
      <w:r>
        <w:t>Задача 2: глагол и объект</w:t>
      </w:r>
    </w:p>
    <w:p>
      <w:pPr>
        <w:pStyle w:val="Heading2"/>
      </w:pPr>
      <w:r>
        <w:t>Задача 3: глагол и объект</w:t>
      </w:r>
    </w:p>
    <w:p>
      <w:r>
        <w:rPr>
          <w:i/>
          <w:color w:val="808080"/>
        </w:rPr>
        <w:t>Цель и задачи переносятся слово в слово: комиссия сверяет их с работой.</w:t>
      </w:r>
    </w:p>
    <w:p>
      <w:pPr>
        <w:pStyle w:val="Heading1"/>
      </w:pPr>
      <w:r>
        <w:t>Объект и предмет</w:t>
      </w:r>
    </w:p>
    <w:p>
      <w:pPr>
        <w:pStyle w:val="Heading2"/>
      </w:pPr>
      <w:r>
        <w:t>Объект: явление или организация целиком</w:t>
      </w:r>
    </w:p>
    <w:p>
      <w:pPr>
        <w:pStyle w:val="Heading2"/>
      </w:pPr>
      <w:r>
        <w:t>Предмет: изучаемая сторона объекта</w:t>
      </w:r>
    </w:p>
    <w:p>
      <w:r>
        <w:rPr>
          <w:i/>
          <w:color w:val="808080"/>
        </w:rPr>
        <w:t>Для курсовой этот слайд можно объединить с предыдущим.</w:t>
      </w:r>
    </w:p>
    <w:p>
      <w:pPr>
        <w:pStyle w:val="Heading1"/>
      </w:pPr>
      <w:r>
        <w:t>Глава 1: что установлено</w:t>
      </w:r>
    </w:p>
    <w:p>
      <w:pPr>
        <w:pStyle w:val="Heading2"/>
      </w:pPr>
      <w:r>
        <w:t>Главная мысль из вывода по главе</w:t>
      </w:r>
    </w:p>
    <w:p>
      <w:pPr>
        <w:pStyle w:val="Heading2"/>
      </w:pPr>
      <w:r>
        <w:t>Подход или модель, которую выбрали</w:t>
      </w:r>
    </w:p>
    <w:p>
      <w:r>
        <w:rPr>
          <w:i/>
          <w:color w:val="808080"/>
        </w:rPr>
        <w:t>Берите последний абзац главы, а не первый.</w:t>
      </w:r>
    </w:p>
    <w:p>
      <w:pPr>
        <w:pStyle w:val="Heading1"/>
      </w:pPr>
      <w:r>
        <w:t>Глава 2: результаты анализа</w:t>
      </w:r>
    </w:p>
    <w:p>
      <w:pPr>
        <w:pStyle w:val="Heading2"/>
      </w:pPr>
      <w:r>
        <w:t>Показатель: было и стало, с цифрами</w:t>
      </w:r>
    </w:p>
    <w:p>
      <w:pPr>
        <w:pStyle w:val="Heading2"/>
      </w:pPr>
      <w:r>
        <w:t>Главная проблема, которую показал анализ</w:t>
      </w:r>
    </w:p>
    <w:p>
      <w:r>
        <w:rPr>
          <w:i/>
          <w:color w:val="808080"/>
        </w:rPr>
        <w:t>Если чисел три и больше, этот слайд лучше сделать диаграммой.</w:t>
      </w:r>
    </w:p>
    <w:p>
      <w:pPr>
        <w:pStyle w:val="Heading1"/>
      </w:pPr>
      <w:r>
        <w:t>Глава 3: что предложено</w:t>
      </w:r>
    </w:p>
    <w:p>
      <w:pPr>
        <w:pStyle w:val="Heading2"/>
      </w:pPr>
      <w:r>
        <w:t>Мероприятие 1</w:t>
      </w:r>
    </w:p>
    <w:p>
      <w:pPr>
        <w:pStyle w:val="Heading2"/>
      </w:pPr>
      <w:r>
        <w:t>Мероприятие 2</w:t>
      </w:r>
    </w:p>
    <w:p>
      <w:r>
        <w:rPr>
          <w:i/>
          <w:color w:val="808080"/>
        </w:rPr>
        <w:t>Только суть предложения, расчёт оставьте для вопросов.</w:t>
      </w:r>
    </w:p>
    <w:p>
      <w:pPr>
        <w:pStyle w:val="Heading1"/>
      </w:pPr>
      <w:r>
        <w:t>Эффект в цифрах</w:t>
      </w:r>
    </w:p>
    <w:p>
      <w:pPr>
        <w:pStyle w:val="Heading2"/>
      </w:pPr>
      <w:r>
        <w:t>Экономия или рост: сумма в рублях или процентах</w:t>
      </w:r>
    </w:p>
    <w:p>
      <w:pPr>
        <w:pStyle w:val="Heading2"/>
      </w:pPr>
      <w:r>
        <w:t>Срок окупаемости или затраты</w:t>
      </w:r>
    </w:p>
    <w:p>
      <w:r>
        <w:rPr>
          <w:i/>
          <w:color w:val="808080"/>
        </w:rPr>
        <w:t>Самый сильный слайд защиты: числа только из работы.</w:t>
      </w:r>
    </w:p>
    <w:p>
      <w:pPr>
        <w:pStyle w:val="Heading1"/>
      </w:pPr>
      <w:r>
        <w:t>Выводы</w:t>
      </w:r>
    </w:p>
    <w:p>
      <w:pPr>
        <w:pStyle w:val="Heading2"/>
      </w:pPr>
      <w:r>
        <w:t>Вывод 1, к задаче 1</w:t>
      </w:r>
    </w:p>
    <w:p>
      <w:pPr>
        <w:pStyle w:val="Heading2"/>
      </w:pPr>
      <w:r>
        <w:t>Вывод 2, к задаче 2</w:t>
      </w:r>
    </w:p>
    <w:p>
      <w:pPr>
        <w:pStyle w:val="Heading2"/>
      </w:pPr>
      <w:r>
        <w:t>Вывод 3, к задаче 3</w:t>
      </w:r>
    </w:p>
    <w:p>
      <w:r>
        <w:rPr>
          <w:i/>
          <w:color w:val="808080"/>
        </w:rPr>
        <w:t>Выводов столько же, сколько задач на третьем слайде.</w:t>
      </w:r>
    </w:p>
    <w:p>
      <w:pPr>
        <w:pStyle w:val="Heading1"/>
      </w:pPr>
      <w:r>
        <w:t>Практическая значимость</w:t>
      </w:r>
    </w:p>
    <w:p>
      <w:pPr>
        <w:pStyle w:val="Heading2"/>
      </w:pPr>
      <w:r>
        <w:t>Где и кем могут быть применены результаты</w:t>
      </w:r>
    </w:p>
    <w:p>
      <w:r>
        <w:rPr>
          <w:i/>
          <w:color w:val="808080"/>
        </w:rPr>
        <w:t>Если есть справка о внедрении, назовите её здесь.</w:t>
      </w:r>
    </w:p>
    <w:p>
      <w:pPr>
        <w:pStyle w:val="Heading1"/>
      </w:pPr>
      <w:r>
        <w:t>Спасибо за внимание</w:t>
      </w:r>
    </w:p>
    <w:p>
      <w:pPr>
        <w:pStyle w:val="Heading2"/>
      </w:pPr>
      <w:r>
        <w:t>Готов ответить на вопросы</w:t>
      </w:r>
    </w:p>
    <w:p>
      <w:r>
        <w:rPr>
          <w:i/>
          <w:color w:val="808080"/>
        </w:rPr>
        <w:t>Контакты нужны на конференции, на защите достаточно этой строки.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