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МИНИСТЕРСТВО НАУКИ И ВЫСШЕГО ОБРАЗОВАНИЯ РОССИЙСКОЙ ФЕДЕРАЦИИ</w:t>
      </w:r>
    </w:p>
    <w:p>
      <w:pPr>
        <w:ind w:firstLine="0"/>
        <w:jc w:val="center"/>
      </w:pPr>
      <w:r>
        <w:t>Федеральное государственное бюджетное образовательное учреждение высшего образования</w:t>
      </w:r>
    </w:p>
    <w:p>
      <w:pPr>
        <w:ind w:firstLine="0"/>
        <w:jc w:val="center"/>
      </w:pPr>
      <w:r>
        <w:t>«____________________» (________)</w:t>
      </w:r>
    </w:p>
    <w:p>
      <w:pPr>
        <w:ind w:firstLine="0"/>
        <w:jc w:val="center"/>
      </w:pPr>
      <w:r>
        <w:t>Факультет ____________________</w:t>
      </w:r>
    </w:p>
    <w:p>
      <w:pPr>
        <w:ind w:firstLine="0"/>
        <w:jc w:val="center"/>
      </w:pPr>
      <w:r>
        <w:t>Кафедра ____________________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ВЫПУСКНАЯ КВАЛИФИКАЦИОННАЯ РАБОТА</w:t>
      </w:r>
    </w:p>
    <w:p>
      <w:pPr>
        <w:ind w:firstLine="0"/>
        <w:jc w:val="center"/>
      </w:pPr>
      <w:r>
        <w:t>по направлению подготовки ________ ____________________</w:t>
      </w:r>
    </w:p>
    <w:p>
      <w:r/>
    </w:p>
    <w:p>
      <w:r/>
    </w:p>
    <w:p>
      <w:pPr>
        <w:ind w:firstLine="0"/>
        <w:jc w:val="center"/>
      </w:pPr>
      <w:r>
        <w:rPr>
          <w:b/>
        </w:rPr>
        <w:t>«Тема работы дословно как в приказе»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Выполнил: студент группы ________</w:t>
      </w:r>
    </w:p>
    <w:p>
      <w:pPr>
        <w:ind w:firstLine="0"/>
        <w:jc w:val="right"/>
      </w:pPr>
      <w:r>
        <w:t>____________________ (фамилия, инициалы)</w:t>
      </w:r>
    </w:p>
    <w:p>
      <w:pPr>
        <w:ind w:firstLine="0"/>
        <w:jc w:val="right"/>
      </w:pPr>
      <w:r>
        <w:t>Научный руководитель: ________________ (степень, звание)</w:t>
      </w:r>
    </w:p>
    <w:p>
      <w:pPr>
        <w:ind w:firstLine="0"/>
        <w:jc w:val="right"/>
      </w:pPr>
      <w:r>
        <w:t>____________________ (фамилия, инициалы)</w:t>
      </w:r>
    </w:p>
    <w:p>
      <w:r/>
    </w:p>
    <w:p>
      <w:r/>
    </w:p>
    <w:p>
      <w:pPr>
        <w:ind w:firstLine="0"/>
        <w:jc w:val="left"/>
      </w:pPr>
      <w:r>
        <w:t>Допущен(а) к защите</w:t>
      </w:r>
    </w:p>
    <w:p>
      <w:pPr>
        <w:ind w:firstLine="0"/>
        <w:jc w:val="left"/>
      </w:pPr>
      <w:r>
        <w:t>Заведующий кафедрой ______________ / __________</w:t>
      </w:r>
    </w:p>
    <w:p>
      <w:pPr>
        <w:ind w:firstLine="0"/>
        <w:jc w:val="left"/>
      </w:pPr>
      <w:r>
        <w:t>«___» __________ 2026 г.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ind w:firstLine="0"/>
        <w:jc w:val="center"/>
      </w:pPr>
      <w:r>
        <w:t>МИНИСТЕРСТВО НАУКИ И ВЫСШЕГО ОБРАЗОВАНИЯ РОССИЙСКОЙ ФЕДЕРАЦИИ</w:t>
      </w:r>
    </w:p>
    <w:p>
      <w:pPr>
        <w:ind w:firstLine="0"/>
        <w:jc w:val="center"/>
      </w:pPr>
      <w:r>
        <w:t>«____________________» (________)</w:t>
      </w:r>
    </w:p>
    <w:p>
      <w:pPr>
        <w:ind w:firstLine="0"/>
        <w:jc w:val="center"/>
      </w:pPr>
      <w:r>
        <w:t>Кафедра ____________________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КУРСОВАЯ РАБОТА</w:t>
      </w:r>
    </w:p>
    <w:p>
      <w:pPr>
        <w:ind w:firstLine="0"/>
        <w:jc w:val="center"/>
      </w:pPr>
      <w:r>
        <w:t>по дисциплине «____________________»</w:t>
      </w:r>
    </w:p>
    <w:p>
      <w:r/>
    </w:p>
    <w:p>
      <w:r/>
    </w:p>
    <w:p>
      <w:pPr>
        <w:ind w:firstLine="0"/>
        <w:jc w:val="center"/>
      </w:pPr>
      <w:r>
        <w:rPr>
          <w:b/>
        </w:rPr>
        <w:t>«Тема курсовой работы»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Выполнил: студент ____ курса группы ________</w:t>
      </w:r>
    </w:p>
    <w:p>
      <w:pPr>
        <w:ind w:firstLine="0"/>
        <w:jc w:val="right"/>
      </w:pPr>
      <w:r>
        <w:t>____________________ (фамилия, инициалы)</w:t>
      </w:r>
    </w:p>
    <w:p>
      <w:pPr>
        <w:ind w:firstLine="0"/>
        <w:jc w:val="right"/>
      </w:pPr>
      <w:r>
        <w:t>Руководитель: ________________ (степень, должность)</w:t>
      </w:r>
    </w:p>
    <w:p>
      <w:pPr>
        <w:ind w:firstLine="0"/>
        <w:jc w:val="right"/>
      </w:pPr>
      <w:r>
        <w:t>____________________ (фамилия, инициалы)</w:t>
      </w:r>
    </w:p>
    <w:p>
      <w:r/>
    </w:p>
    <w:p>
      <w:r/>
    </w:p>
    <w:p>
      <w:pPr>
        <w:ind w:firstLine="0"/>
        <w:jc w:val="left"/>
      </w:pPr>
      <w:r>
        <w:t>Оценка ______________</w:t>
      </w:r>
    </w:p>
    <w:p>
      <w:pPr>
        <w:ind w:firstLine="0"/>
        <w:jc w:val="left"/>
      </w:pPr>
      <w:r>
        <w:t>Подпись руководителя ______________</w:t>
      </w:r>
    </w:p>
    <w:p>
      <w:pPr>
        <w:ind w:firstLine="0"/>
        <w:jc w:val="left"/>
      </w:pPr>
      <w:r>
        <w:t>«___» __________ 2026 г.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ind w:firstLine="0"/>
        <w:jc w:val="center"/>
      </w:pPr>
      <w:r>
        <w:t>МИНИСТЕРСТВО ПРОСВЕЩЕНИЯ РОССИЙСКОЙ ФЕДЕРАЦИИ</w:t>
      </w:r>
    </w:p>
    <w:p>
      <w:pPr>
        <w:ind w:firstLine="0"/>
        <w:jc w:val="center"/>
      </w:pPr>
      <w:r>
        <w:t>Государственное бюджетное профессиональное образовательное учреждение</w:t>
      </w:r>
    </w:p>
    <w:p>
      <w:pPr>
        <w:ind w:firstLine="0"/>
        <w:jc w:val="center"/>
      </w:pPr>
      <w:r>
        <w:t>«____________________ колледж»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ДИПЛОМНАЯ РАБОТА</w:t>
      </w:r>
    </w:p>
    <w:p>
      <w:pPr>
        <w:ind w:firstLine="0"/>
        <w:jc w:val="center"/>
      </w:pPr>
      <w:r>
        <w:t>по специальности ________ ____________________</w:t>
      </w:r>
    </w:p>
    <w:p>
      <w:r/>
    </w:p>
    <w:p>
      <w:r/>
    </w:p>
    <w:p>
      <w:pPr>
        <w:ind w:firstLine="0"/>
        <w:jc w:val="center"/>
      </w:pPr>
      <w:r>
        <w:rPr>
          <w:b/>
        </w:rPr>
        <w:t>«Тема дипломной работы»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Выполнил: студент группы ________</w:t>
      </w:r>
    </w:p>
    <w:p>
      <w:pPr>
        <w:ind w:firstLine="0"/>
        <w:jc w:val="right"/>
      </w:pPr>
      <w:r>
        <w:t>____________________ (фамилия, инициалы)</w:t>
      </w:r>
    </w:p>
    <w:p>
      <w:pPr>
        <w:ind w:firstLine="0"/>
        <w:jc w:val="right"/>
      </w:pPr>
      <w:r>
        <w:t>Руководитель: преподаватель</w:t>
      </w:r>
    </w:p>
    <w:p>
      <w:pPr>
        <w:ind w:firstLine="0"/>
        <w:jc w:val="right"/>
      </w:pPr>
      <w:r>
        <w:t>____________________ (фамилия, инициалы)</w:t>
      </w:r>
    </w:p>
    <w:p>
      <w:r/>
    </w:p>
    <w:p>
      <w:r/>
    </w:p>
    <w:p>
      <w:pPr>
        <w:ind w:firstLine="0"/>
        <w:jc w:val="left"/>
      </w:pPr>
      <w:r>
        <w:t>Допущен(а) к защите</w:t>
      </w:r>
    </w:p>
    <w:p>
      <w:pPr>
        <w:ind w:firstLine="0"/>
        <w:jc w:val="left"/>
      </w:pPr>
      <w:r>
        <w:t>Заместитель директора ______________ / __________</w:t>
      </w:r>
    </w:p>
    <w:p>
      <w:pPr>
        <w:ind w:firstLine="0"/>
        <w:jc w:val="left"/>
      </w:pPr>
      <w:r>
        <w:t>«___» __________ 2026 г.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ind w:firstLine="0"/>
        <w:jc w:val="center"/>
      </w:pPr>
      <w:r>
        <w:t>Муниципальное бюджетное общеобразовательное учреждение</w:t>
      </w:r>
    </w:p>
    <w:p>
      <w:pPr>
        <w:ind w:firstLine="0"/>
        <w:jc w:val="center"/>
      </w:pPr>
      <w:r>
        <w:t>«Средняя общеобразовательная школа № ____»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ИНДИВИДУАЛЬНЫЙ ПРОЕКТ</w:t>
      </w:r>
    </w:p>
    <w:p>
      <w:pPr>
        <w:ind w:firstLine="0"/>
        <w:jc w:val="center"/>
      </w:pPr>
      <w:r>
        <w:t>по предмету ____________________</w:t>
      </w:r>
    </w:p>
    <w:p>
      <w:r/>
    </w:p>
    <w:p>
      <w:r/>
    </w:p>
    <w:p>
      <w:pPr>
        <w:ind w:firstLine="0"/>
        <w:jc w:val="center"/>
      </w:pPr>
      <w:r>
        <w:rPr>
          <w:b/>
        </w:rPr>
        <w:t>«Тема проекта»</w:t>
      </w:r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Выполнил: ученик ____ класса</w:t>
      </w:r>
    </w:p>
    <w:p>
      <w:pPr>
        <w:ind w:firstLine="0"/>
        <w:jc w:val="right"/>
      </w:pPr>
      <w:r>
        <w:t>____________________ (фамилия, имя)</w:t>
      </w:r>
    </w:p>
    <w:p>
      <w:pPr>
        <w:ind w:firstLine="0"/>
        <w:jc w:val="right"/>
      </w:pPr>
      <w:r>
        <w:t>Руководитель проекта:</w:t>
      </w:r>
    </w:p>
    <w:p>
      <w:pPr>
        <w:ind w:firstLine="0"/>
        <w:jc w:val="right"/>
      </w:pPr>
      <w:r>
        <w:t>____________________ (фамилия, имя, отчество, должность)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