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Русский язык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5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Правописание приставок на з и с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Ладыженская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правило выбора з или с в приставках без-/бес-, воз-/вос-, из-/ис-, раз-/рас-, через-/черес- и научиться применять его в письме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Повторить деление согласных на звонкие и глухие и способ выделения приставки в слове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Организовать выведение правила: перед звонким согласным корня пишется з, перед глухим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алгоритм: выделить приставку, определить первый звук корня, выбрать букву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отличать приставки на з/с от слов, где з входит в корень (здание, здоровье, здесь), и от неизменяемой приставки с- (сдать, сделать)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языковые факты и группировать слова по признаку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формулировать учебную цель и составлять план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монологическую речь через проговаривание шагов алгоритма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внимание к письменной норме и привычку проверять написанное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умение слушать одноклассника и корректно возражать при расхождении ответов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Различают приставки без-/бес-, воз-/вос-, из-/ис-, раз-/рас-, через-/черес- и объясняют выбор буквы на конце приставки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Записывают без ошибок слова типа бесшумный, расписать, изжарить, испугать, воскликнуть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Опознают слова здание, здоровье, здесь как исключения из области действия правила (з в корне)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распределяют слова по двум группам и самостоятельно устанавливают признак деления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сверяют результат самостоятельной работы с эталоном и отмечают ошибки знаками + и -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комментируют написание вслух, используя термины «приставка», «звонкий», «глухой»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причинам орфографического сомнения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и называют слово, требующее доработки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приставка, звонкие и глухие согласные, приставки на з и с, корень, алгоритм орфографического действия, неизменяемая приставка с-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интерактивная доска с заготовленными слайдами (пары слов, таблица в два столбика, эталон проверки), учебник: Ладыженская Т. А., Баранов М. Т., Тростенцова Л. А. Русский язык. 5 класс, ч. 1, с. ____, карточки для самостоятельной работы с 10 словами, карточки-ловушки: здание, здоровье, здесь, сдать, сделать, сигнальные карточки з и с (по две на ученика)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и создание ситуации затруднения, наблюдение над языковым материалом с группировкой слов, комментированное письмо у доски, работа с сигнальными карточками, самопроверка по эталону, приём «ловушка»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ситуацию сомнения в написании и включить класс в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интерактивной доске две пары: «бесшумный, безшумный» и «разписать, расписать».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«В каждой паре одно слово написано верно. Какое?»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«Почему возникает сомнение, ведь приставку мы слышим одинаково?»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ответы одним словом на доске и говорит: «Значит, у нас есть повод разобраться».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вариант написания и объясняют выбор, опираясь на слух и опыт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доказать выбор пока не могут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интерес к вопросу: почему буква меняется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ситуацию и настраиваются на поиск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предположение и слушают чужую версию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пару слов как проблему; учитель видит расхождение мнений при поднятии рук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опору (звонкие/глухие, выделение приставки) и выполнить пробное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пары звонких и глухих: «б-п, в-ф, ж-ш, з-с, г-к, д-т», и произнести первый звук в словах «жарить», «пугать», «шумный».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выделить приставку в словах «подписать», «сделать» и вспомнить правило: приставки под-, с-, от-, над- пишутся всегда одинаково.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пробное действие: записать в тетради «бе..шумный, во..ход, и..жарить», вставив нужную букву.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варианты: просит поднять сигнальную карточку з или с к каждому слову.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пары согласных по звонкости и глухости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Выделяют приставки под-, с- и формулируют известное правило неизменяемых приставок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три слова, вставляя букву, и поднимают сигнальные карточки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опорные сведения о звуках и морфемах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свой вариант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используют термины при ответе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словах «во..ход» и «и..жарить» карточки в классе разные, пробное действие выполнено с расхождением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Установить, что известное правило неизменяемых приставок здесь не действует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внимание: «В слове подписать приставка не изменилась, а в паре бесшумный, безжалостный она разная. Как это объяснить?»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«Какое место в слове вызвало затруднение: корень, приставка или окончание?»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«Почему прежнее правило не помогло?»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вывод класса: «Приставка на з/с меняет последнюю букву, правила выбора мы не знаем».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место затруднения: последняя буква приставки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причину: известное правило говорит о неизменяемых приставках, а эти приставки изменяются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Соглашаются с формулировкой затруднения на доске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сопоставляют новый материал с известным правилом и находят противоречие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называют место и причину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вывод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и на доске зафиксировано затруднение: не известен признак выбора з или с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план поиска признака выбора буквы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поставить цель: «Что нужно узнать, чтобы больше не сомневаться?»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цель: найти, от чего зависит з или с на конце приставки.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можно сделать со словами, чтобы признак стал заметен?» и подводит к идее группировки.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на доске: 1) распределить слова в два столбика (с з и с с); 2) посмотреть на первый звук корня; 3) сформулировать правило; 4) сверить с учебником.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узнать, от чего зависит выбор з или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способы: сравнить слова, разделить их на группы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и записывают план из четырёх шагов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формулируют цель и составляют план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способ исследования материала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о формулировке цели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записана цель и план; ученики могут пересказать план своими словами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правило выбора з или с и сверить его с формулировкой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доску слова для распределения: разбудить, расписать, изжарить, испугать, безжалостный, бесшумный, возглавить, воскликнуть.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в парах: заполнить таблицу в два столбика «пишем з» и «пишем с», в каждом слове подчеркнуть первый звук корня.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наводящий вопрос: «Произнесите первый звук корня в словах расписать и разбудить. Чем звуки [п] и [б] отличаются?»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правило и записывает версию класса, затем предлагает открыть учебник (с. ____) и сравнить с правилом в рамке.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Вместе с классом оформляет алгоритм: 1) выделить приставку; 2) назвать первый звук корня; 3) звонкий, пишем з, глухой, пишем с.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Распределяют восемь слов по двум столбикам и подчёркивают первый звук корня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Замечают: в левом столбике корни начинаются со звонких, в правом с глухих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правило: перед звонким согласным пишется з, перед глухим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свою формулировку с правилом учебника и записывают алгоритм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закономерность по группам слов и делают обобщение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составленному плану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работу в паре и обосновывают отнесение слова к столбику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заполнена верно, в тетрадях записан алгоритм из трёх шагов, формулировка совпала с учебником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алгоритм в громкой речи при комментированном письме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 у доски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комментированное письмо у доски: бе..конечный, во..кликнуть, ра..сказать, и..мерить.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Требует полного комментария по образцу: «Приставка без-/бес-, корень начинается со звука [к], он глухой, пишу с: бесконечный».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Останавливает при пропуске шага: «Какой шаг алгоритма пропущен?»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быструю фронтальную проверку сигнальными карточками на слова: возглавить, испортить, разжечь.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Пишут слова у доски и в тетради, проговаривая три шага алгоритма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 полноту комментария товарища и дополняют пропущенный шаг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сигнальные карточки з или с при фронтальной проверке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алгоритм к новому слову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высказывание с использованием терминов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соблюдение последовательности шагов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Четыре слова записаны верно с полным комментарием, сигнальные карточки в классе поднимаются одинаково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применять правило самостоятельно и оценить результат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с 10 словами (упр. ____): ра..красить, бе..вкусный, и..чезнуть, во..становить, ра..говор, бе..жалостный, и..править, во..хвалять, ра..будить, бе..полезный.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Устанавливает время 3 минуты и напоминает: «Приставку выделяем, первый звук корня подчёркиваем».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на интерактивной доске эталон с выделенными приставками.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поставить + возле верного слова и - возле ошибочного, затем спрашивает: «На каком шаге алгоритма произошла ошибка?»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Вставляют з или с в десять слов, выделяют приставку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свою запись с эталоном на доске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Ставят знаки + и - и называют шаг алгоритма, где допустили сбой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правило в новых словах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спокойно относятся к ошибке как к точке роста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8-10 плюсов; ошибки соотнесены с конкретным шагом алгоритма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Отграничить новое правило от слов с з в корне и от неизменяемой приставки с-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«ловушку»: здание, здоровье, здесь и просит применить новое правило.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диалог: «Попробуйте выделить приставку. Получается? Что остаётся, если убрать з?» и подводит к выводу: з здесь часть корня, слова надо запомнить.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Сопоставляет с парой сдать, сделать: «Здесь приставка с-, она неизменяемая, буквы з в такой приставке не бывает».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задание: составить и записать 2 предложения с изученными словами, использовав хотя бы одно слово с приставкой на з/с и одно слово-исключение.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Заслушивает 3-4 предложения и просит автора объяснить написание приставки.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применить правило к словам здание, здоровье, здесь и убеждаются, что приставки в них нет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Запоминают три слова-исключения и отличают их от слов сдать, сделать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Составляют и записывают два предложения, читают их вслух и объясняют написание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определяют границы применения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предложения и обосновывают орфографический выбор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удерживают два условия задания при составлении предложений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называют здание, здоровье, здесь как слова с з в корне; в тетрадях два предложения с верным написанием приставок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целью урока и зафиксировать личную зону сомнения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цели на доске и спрашивает: «От чего зависит буква на конце приставки?»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воспроизвести алгоритм в трёх шагах без опоры на запись.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задание: «Назовите слово, в котором ещё сомневаетесь, и способ проверки».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итог: показывает первую пару слов из начала урока и просит объяснить верное написание бесшумный и расписать.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Отвечают: выбор зависит от того, звонкий или глухой первый звук корня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алгоритм по памяти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слово, вызывающее сомнение, и способ его проверки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написание слов из начала урока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поставленной целью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изученное в виде алгоритма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собственные затруднения и намечают, что доработать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формулирует правило одной фразой; каждый называет своё слово для доработки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правило и алгоритм (учебник, с. ____), выполнить упр. ____ (вставить з или с, выделить приставки, подчеркнуть первый звук корня). По желанию: составить словарный диктант из 12 слов на изученное правило и включить в него 2 слова-ловушки (здание, здоровье, здесь, сдать, сделать), приготовив ключ.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Ладыженская Т. А., Баранов М. Т., Тростенцова Л. А. Русский язык. 5 класс. В 2 ч. Ч. 1. М.: Просвещение,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Ладыженская Т. А. и др. Русский язык. 5 класс. Методические рекомендации к учебнику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Федеральная рабочая программа по учебному предмету «Русский язык» (5-9 классы)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Слайды к уроку на интерактивной доске: пары слов, таблица в два столбика, эталон самопроверки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Раздаточные карточки с 10 словами для самостоятельной работы и сигнальные карточки з/с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