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Алгебра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7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Линейное уравнение с одной переменной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Макарычев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Ввести понятие линейного уравнения вида ax = b и вывести алгоритм его решения с разбором трёх случаев: a ≠ 0, a = 0 и b ≠ 0, a = 0 и b = 0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Ввести определение линейного уравнения с одной переменной как уравнения вида ax = b, где x переменная, a и b числа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Вывести алгоритм решения уравнения ax = b и разобрать три случая: a ≠ 0, a = 0 и b ≠ 0, a = 0 и b = 0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приведение уравнения к виду ax = b с раскрытием скобок и переносом слагаемых на примерах 7x - 4 = 3x + 12 и 5(x + 2) = 3x - 4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составлять уравнение по условию текстовой задачи на периметр прямоугольника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сравнивать частные случаи и делать обобщающий вывод о числе корней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проговаривать шаги алгоритма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навык самопроверки по эталону с фиксацией шага, где допущена ошибка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привычку доводить решение до проверки и оценки правдоподобности ответа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уважительное отношение к чужому способу решения при обсуждении в парах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Распознают линейные уравнения вида ax = b и указывают коэффициенты a и b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Решают уравнения, сводящиеся к виду ax = b, применяя перенос слагаемых и деление на коэффициент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Определяют число корней уравнения ax = b в зависимости от значений a и b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Составляют уравнение по условию задачи и истолковывают полученный корень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выделяют общее в решениях частных уравнений и формулируют правило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ставят учебную цель после фиксации затруднения и сверяют результат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комментируют решение у доски, задают вопросы на уточнение шага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готовность признать ошибку и найти её причину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собственный уровень освоения алгоритма в конце урока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уравнение, корень уравнения, линейное уравнение с одной переменной, уравнение вида ax = b, коэффициент при переменной, равносильные преобразования, число корней: один, ни одного, бесконечно много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Учебник: Ю. Н. Макарычев и др. «Алгебра. 7 класс», с. ____, Карточки с двумя вариантами самостоятельной работы (по три уравнения), Лист-эталон с решениями вариантов, Презентация со слайдом-таблицей трёх случаев уравнения ax = b, Классная доска, мел, тетради учащихся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Проблемный диалог с пробным учебным действием, Побуждающие вопросы учителя вместо готового объяснения, Работа с текстом учебника для сверки самостоятельно выведенного правила, Комментированное решение у доски, Самопроверка по эталону с пометкой «?» у ошибочного шага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Включить учеников в работу через уточнение смысла слов «решить уравнение»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Начинает урок с вопроса: «Что значит решить уравнение?»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«Найти одно значение x или все такие значения?»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краткую формулировку цели решения: найти все значения переменной, при которых равенство верно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Сообщает, что сегодня класс проверит, всегда ли такое значение существует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вопрос учителя и уточняют формулировку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цель решения уравнения: найти все значения x, при которых равенство верно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формулировку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определение в развёрнутом высказывании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записано, что решить уравнение значит найти все его корни; ученики готовы к устному счёту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приёмы решения простейших уравнений и создать ситуацию пробного действия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устно решить x + 9 = 4, 6x = 24, 2x - 5 = 7 и назвать выполненное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 после каждого ответа: «Какой шаг был последним?» (деление на коэффициент при x)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пробное задание: «Решите 0·x = 7 и 0·x = 0 тем же способом»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Наблюдает за работой, не подсказывает, просит двух учеников озвучить полученный ответ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устно три уравнения и называют корни: x = -5, x = 4, x = 6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последний шаг: разделить обе части на коэффициент при x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Пробуют применить тот же способ к 0·x = 7 и 0·x = 0, записывают попытку в тетради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Обнаруживают, что деление на 0 выполнить нельзя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известный способ к новому объекту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фиксируют, что известный способ не даёт результата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озвучивают полученные варианты ответа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Все три первых уравнения решены верно, а на 0·x = 7 и 0·x = 0 в классе появились разные ответы или отказ от решения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Установить точное место и причину возникшего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показать на записи шаг, на котором работа остановилась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вопрос: «Почему нельзя записать x = 7 : 0?»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«Есть ли хоть одно число, которое при умножении на 0 даёт 7? А которое даёт 0?»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сформулировать причину и записывает её на доске: нет правила для случая, когда коэффициент при x равен нулю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Указывают шаг деления на коэффициент как место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что на нуль делить нельзя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подстановкой: 0·5 = 0, 0·(-2) = 0, значит равенство 0·x = 7 не выполняется ни при каком x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причину затруднения и записывают её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отделяют известное от неизвестного и называют место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причинно-следственную связь между значением коэффициента и невозможностью деления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обосновывают свою позицию примерами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и в тетрадях зафиксирована причина: привычный шаг деления не применим при коэффициенте, равном нулю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Поставить цель урока и составить план получения нового знания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сформулировать цель: «Чего мы не умеем и что нужно узнать?»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записать цель: описать все уравнения вида ax = b и указать число их корней при разных a и b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составление плана вопросами: «С чего начнём: с названия таких уравнений или сразу с решения?»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план на доске: 1) определение уравнения вида ax = b; 2) случай a ≠ 0; 3) случай a = 0 (при b ≠ 0 и при b = 0); 4) общий алгоритм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форму работы: сначала в парах, затем сверка с учебником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 урока своими словами и записывают её в тетрадь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пункты плана и уточняют их порядок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Замечают, что случай a = 0 нужно разбить на два: b ≠ 0 и b = 0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план в тетради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цель и составляют план учебных действий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выделяют случаи, требующие отдельного рассмотрения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участвуют в коллективном обсуждении плана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записан план из четырёх пунктов, ученики называют, какой пункт разбирается первым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Вывести определение линейного уравнения и правило о числе корней уравнения ax = b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6x = 24, 2x = -7, 0·x = 7, 0·x = 0 и спрашивает: «Что общего в записи всех четырёх?»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Вводит запись ax = b и просит указать a и b в каждом примере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работу в парах по трём случаям: «Сколько корней имеет ax = b при a ≠ 0? при a = 0 и b ≠ 0? при a = 0 и b = 0?»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выводы, оформляет таблицу на доске: a ≠ 0 один корень x = b/a; a = 0, b ≠ 0 корней нет; a = 0, b = 0 корень любое число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открыть учебник на с. ____ и сравнить свою таблицу с определением и правилом в тексте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«Что в учебнике сказано точнее, чем у нас?»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общий вид записи: число, умноженное на x, равно числу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Указывают коэффициенты: a = 6, b = 24; a = 2, b = -7; a = 0, b = 7; a = 0, b = 0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 парах проверяют подстановкой и формулируют вывод по каждому из трёх случаев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Заполняют таблицу трёх случаев в тетради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определение линейного уравнения в учебнике и сверяют формулировки со своими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обобщают частные примеры до общего вида ax = b и классифицируют случаи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самостоятельно полученный вывод с эталоном учебника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согласуют формулировку правила в паре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таблица трёх случаев и определение линейного уравнения; ученики без опоры на доску отвечают, когда уравнение ax = b не имеет корней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Закрепить алгоритм приведения уравнения к виду ax = b с внешним проговариванием шагов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ученика к доске для решения 7x - 4 = 3x + 12 с обязательным комментарием каждого шага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Требует называть шаги словами: «перенёс слагаемые с x влево, числа вправо, знаки изменил», «привёл подобные: 4x = 16», «разделил обе части на 4»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второе уравнение 5(x + 2) = 3x - 4 и спрашивает: «Какой шаг добавится по сравнению с первым?»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Останавливает решение на записи 2x = -14 и просит назвать a и b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контрольный вопрос классу: «Сколько корней у этих уравнений и почему?»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у доски с комментированием: 7x - 4 = 3x + 12, получают 4x = 16, x = 4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Раскрывают скобки в 5(x + 2) = 3x - 4, приводят к 2x = -14, находят x = -7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каждый шаг словами алгоритма, остальные записывают в тетрадь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Указывают a = 2, b = -14 и объясняют, что a ≠ 0, поэтому корень один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алгоритм к уравнениям с скобками и с переменной в двух частях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проговаривают ход решения в громкой речи и отвечают на вопросы класса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последовательность шагов алгоритма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Оба уравнения решены с полным словесным комментарием, ученики называют шаги алгоритма без подсказки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индивидуальное освоение алгоритма и организовать самопроверку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карточки: вариант 1 (5x - 3 = 2x + 9; 4(x - 1) = x + 5; 0·x = -3), вариант 2 (6x + 7 = 4x - 3; 3(x + 4) = x + 10; 0·x = 0)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условие работы: «Третье уравнение решаем по правилу для a = 0, ответ обосновываем словами»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Через 3 минуты выводит на экран эталон с записью всех шагов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поставить знак «?» рядом с тем шагом, где решение расходится с эталоном, а не рядом с ответом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информацию поднятыми руками: у кого расхождений нет, у кого один знак «?», у кого больше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три уравнения своего варианта самостоятельно в тетради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записи с эталоном пошагово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Ставят знак «?» у шага с расхождением и определяют его вид: знак при переносе, ошибка в подобных, деление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ответ на третье уравнение: корней нет либо корень любое число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работу по алгоритму и проводят пошаговый самоконтроль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относят задание к нужному случаю правила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спокойно фиксируют ошибку как задачу для доработки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в тетради три решённых уравнения с пометками; учитель видит по поднятым рукам, какие шаги нужно отработать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Применить новое знание в текстовой задаче и связать его с ранее изученным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Диктует задачу: периметр прямоугольника 34 см, длина на 5 см больше ширины, найти стороны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«Какую величину удобно обозначить через x и почему именно её?»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записать: ширина x см, длина (x + 5) см, уравнение 2(x + x + 5) = 34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Ведёт решение вопросами: «К какому виду ax = b приводится уравнение?» (4x = 24, x = 6)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 на проверку смысла: «Может ли ширина быть отрицательной? Сходится ли периметр: 2(6 + 11) = 34?»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изменить условие: «Каким должен быть периметр, чтобы уравнение не имело подходящего по смыслу ответа?»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Обозначают ширину через x и выражают длину как x + 5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Составляют уравнение 2(x + x + 5) = 34 и приводят его к виду 4x = 24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x = 6 и записывают ответ: ширина 6 см, длина 11 см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проверку по условию задачи и оценивают правдоподобность ответа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переводят условие задачи на язык уравнения и истолковывают корень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проверяют результат по смыслу условия, а не только арифметически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обосновывают выбор неизвестной величины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Задача решена с проверкой; ученики объясняют, почему найденный корень подходит по смыслу условия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урока с поставленной целью и оценить своё продвижение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класс к записанной цели урока и спрашивает: «Достигли ли мы её?»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итоговый вопрос: «При каких a и b уравнение ax = b не имеет корней? А когда корней бесконечно много?»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закончить фразу «Труднее всего было ...» устно или письменно на полях тетради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домашнее задание и указывает, какой пункт таблицы поможет с последним уравнением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Соотносят полученный результат с целью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Отвечают: корней нет при a = 0 и b ≠ 0, корень любое число при a = 0 и b = 0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Заканчивают фразу «Труднее всего было ...» и называют шаг, требующий тренировки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домашнее задание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оценивают степень достижения цели и намечают, что доработать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правило о числе корней без опоры на записи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личный результат учебной работы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Не менее половины класса воспроизводит правило о числе корней; в тетрадях есть запись о личном затруднении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изучить определение и правило по учебнику, с. ____, решить упр. ____ (уравнения, сводящиеся к виду ax = b) и упр. ____ (задача на составление уравнения). По желанию: подобрать значения a и b так, чтобы уравнение ax = b имело один корень, не имело корней и имело бесконечно много корней, записать три примера с объяснением; составить свою задачу о прямоугольнике, приводящую к уравнению 4x = 40.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Макарычев Ю. Н., Миндюк Н. Г., Нешков К. И., Суворова С. Б. Алгебра. 7 класс. М.: Просвещение,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Миндюк Н. Г., Шлыкова И. С. Алгебра. 7 класс. Рабочая тетрадь (задания к теме «Линейное уравнение с одной переменной»)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Жохов В. И. Алгебра. 7 класс. Методические рекомендации к учебнику Ю. Н. Макарычева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Дидактические материалы по алгебре для 7 класса (карточки самостоятельной работы, варианты 1 и 2)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Презентация учителя со слайдом-таблицей «Число корней уравнения ax = b» и слайдом-эталоном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