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Английский язык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6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Present Perfect: образование и употребление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Spotlight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Вывести формулу Present Perfect (have/has + V3) и научиться употреблять её для обозначения результата действия в настоящем со словами just, already, yet, ever, never.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Вывести схему образования Present Perfect: have/has + третья форма глагола (V3).; Различить употребление Present Perfect и Past Simple по маркерам времени (yesterday, last week против just, already, yet, ever, never).; Отработать построение утвердительных, отрицательных и вопросительных предложений: I have washed the cup, She hasn't done it yet, Have you ever been to London?; Определить место слов just, already, yet, ever, never в предложении..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анализировать языковой материал и группировать примеры по общему признаку.; Формировать умение сверять собственный вывод с образцом (Grammar Reference) и находить расхождения.; Развивать диалогическую речь в вопросно-ответной работе в парах..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готовность высказывать версию и признавать ошибку без страха.; Поддерживать уважительное отношение к ответу одноклассника при споре о переводе.; Формировать привычку доводить письменное задание до самопроверки..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Ученики называют формулу have/has + V3 и приводят примеры с обоими вспомогательными глаголами.; Ученики раскрывают скобки в 6 предложениях, выбирая правильную форму Present Perfect.; Ученики ставят just, already, ever, never перед V3, а yet в конце отрицания и вопроса.; Ученики выбирают между Present Perfect и Past Simple, опираясь на маркер времени..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группируют примеры по признаку и формулируют обобщённое правило.; Регулятивные: ставят учебную цель после фиксации затруднения и сверяют работу с эталоном.; Коммуникативные: строят и поддерживают короткий диалог с вопросом Have you ever...?.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Ученики оценивают свой результат по конкретным критериям, а не общей фразой «понял или не понял».; Ученики проявляют интерес к сравнению устройства английского и русского прошедшего времени..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 Spotlight 6 (Ю. Е. Ваулина, Дж. Дули и др.), раздел Grammar Reference, с. ____, Презентация: фото убранной комнаты, слайд со схемой have/has + V3, слайд-эталон для самопроверки, Комплекты из 8 карточек с предложениями для сортировки (по одному на пару), Таблица неправильных глаголов (форма V3) на развороте учебника, Карандаши для пометок при самопроверке, магниты и доска.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Present Perfect, have/has как вспомогательный глагол, третья форма глагола (V3, past participle), правильные и неправильные глаголы, результат действия в настоящем, маркеры just, already, yet, ever, never, Past Simple и маркер yesterday.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Создать ситуацию интереса к новой конструкции через опору на зрительный образ результата.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Приветствует класс и выводит на экран фото убранной комнаты с подписью: I have cleaned my room.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«Look at the photo. Is the room clean now?»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второй вопрос: «When did the boy clean it: a month ago or a few minutes ago? How do you know?»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Отмечает: «Мы видим результат сейчас, а предложение стоит в необычной для нас форме. Запомним его.»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Рассматривают фото и отвечают, что комната чистая сейчас.; Высказывают догадки о времени уборки, опираясь на видимый результат.; Читают вслух предложение I have cleaned my room.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проговорил, что результат виден сейчас; учитель слышит в ответах слова «уже», «только что».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Past Simple и столкнуть учеников с задачей на перевод конструкции, которую старым способом объяснить нельзя.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перевести на английский: «Я убрал комнату вчера» и записывает на доске I cleaned my room yesterday.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«Which form of the verb is it? What is the marker of the past?» и подчёркивает cleaned и yesterday.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задание: перевести на русский I have just cleaned my room и объяснить, чем оно отличается от первого.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3-4 разные версии перевода и записывает их рядом, не оценивая: «Я имею убранную комнату», «Я убрал комнату», «Я только что убрал комнату».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Провоцирует спор: «Если оба предложения переводятся одинаково, зачем англичанину два способа?»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Строят предложение в Past Simple и называют маркер yesterday.; Предлагают свои варианты перевода предложения с have just cleaned.; Спорят о том, какая версия точнее, приводят доводы про слова «вчера» и «только что».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несколько несовпадающих переводов одного предложения, класс признаёт, что единого ответа нет.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Точно зафиксировать, чего ученикам не хватает для объяснения новой формы.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класс к записям на доске: «В каком месте мы перестали понимать предложение?»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подставить в предложение с just форму V2: I just cleaned my room и спрашивает, что мешает такому варианту в примере с have.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три уточняющих вопроса: «Что делает здесь have, если это не «иметь»?», «Cleaned после have это то же cleaned, что и в Past Simple?», «А как будет с глаголом write: I have wrote или I have written?»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список затруднений: 1) роль have, 2) какая форма глагола стоит после have, 3) почему нужно слово just.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Указывают, что не понимают функцию have перед смысловым глаголом.; Пробуют сказать I have wrote и слышат от учителя, что так не говорят.; Проговаривают, чего именно не знают, и переписывают три пункта затруднения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и на доске три сформулированных вопроса о have, о форме глагола и о слове just.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составить план действий по получению нового знания.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превратить пункты затруднения в цель: «Начните так: «Мы хотим узнать, как...» и «когда...»»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оформить цель на доске: узнать, как строится новая форма и в каких случаях она нужна вместо Past Simple.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«Что мы сделаем первым: сразу откроем правило или сначала посмотрим на примеры?»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план из трёх шагов: 1) разобрать и сгруппировать примеры, 2) вывести схему сами, 3) сверить схему с Grammar Reference в учебнике.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тему: «Эта форма называется Present Perfect. Запишем название темы.»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Переформулируют вопросы затруднения в цель урока.; Предлагают шаги плана и обосновывают, почему разбор примеров идёт раньше правила.; Записывают тему и план из трёх шагов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цель и план из трёх пунктов; ученики называют тему урока своими словами.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Вывести схему have/has + V3 и правило места маркеров, сверив вывод с учебником.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парам 8 карточек: I have washed the cups. / She has broken the vase. / We have just finished the test. / He has already read the book. / They haven't come yet. / Have you ever been to Rome? / I have never eaten sushi. / Tom has lost his key.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задачу: «Sort the cards into two groups: with have and with has. Who goes with has?»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После сортировки просит достроить схему на доске: «___ + ___ = Present Perfect» и вписать have/has и V3.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 на маркеры: «Where is just? Where is already? And where is yet in the negative sentence?» и просит подчеркнуть эти слова на карточках.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Обращает внимание на неправильные глаголы: «Break, read, come, be, eat: найдите их третью форму в таблице учебника. Какой столбик нужен?»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Направляет на сверку: «Open Grammar Reference, с. ____ и проверьте: наша схема совпала с учебником?»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Раскладывают карточки на группы и делают вывод, что has идёт с he, she, it.; Достраивают на доске схему have/has + V3 и записывают её в тетрадь.; Определяют, что just, already, never, ever стоят перед V3, а yet в конце отрицания и вопроса.; Находят формы broken, read, come, been, eaten в третьем столбике таблицы неправильных глаголов.; Сверяют свой вывод с Grammar Reference и отмечают, что добавилось.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записана схема have/has + V3 с пометкой места just/already/yet; вывод учеников совпал с Grammar Reference.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Закрепить новый способ действия через громкое проговаривание правила при выполнении заданий.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слайд предложения с раскрытием скобок: She (write) three letters already. / They (not/feed) the cat yet. / I (just/see) this film. / We (never/be) to Spain. / (you/do) your homework yet?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образец рассуждения: «She, значит has; write, третья форма written; already перед формой: She has already written three letters.»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хоровое проговаривание первых двух предложений, затем работу по цепочке: каждый ученик читает своё предложение и проговаривает шаг рассуждения.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Исправляет типичные ошибки точечным вопросом: «She have или she has?», «yet в середине или в конце?»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Проговаривают образец рассуждения хором вслед за учителем.; По цепочке раскрывают скобки и объясняют выбор have/has и место маркера.; Слушают ответ соседа и поправляют форму глагола, если она неверна.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Каждый ученик хотя бы раз вслух проговорил правило; ошибки в выборе has и в месте yet исправляются самим классом.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каждого ученика строить три типа предложений в Present Perfect.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Диктует задание из 6 пунктов: два утверждения (Mum / cook / dinner already; I / just / finish / my project), два отрицания (Jack / not / clean / his bike yet; We / never / try / Indian food), два вопроса (you / ever / ride / a horse?; she / do / the shopping yet?).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Оговаривает условия: «Работаем письменно, самостоятельно, 3 минуты, схема в тетради перед глазами.»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слайд-эталон с шестью правильными предложениями и просит сверять по одному, отмечая расхождения карандашом.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«Кто ошибся в has? Кто в третьей форме глагола? Кто в месте yet?» и фиксирует количество рук на доске.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6 предложений, опираясь на схему have/has + V3.; Сверяют работу с эталоном и обводят карандашом расхождения.; Называют тип своей ошибки: вспомогательный глагол, форма V3 или место маркера.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в тетради 6 предложений с пометками; учитель по поднятым рукам видит, какая ошибка в классе преобладает.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Развести Present Perfect и Past Simple по маркерам и применить новую форму в диалоге.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 на выбор времени: I (see) this film last week. / I (see) this film already. / She (buy) a new bag yesterday. / She (just/buy) a new bag. / We (be) to Moscow in 2022. / We (never/be) to Moscow.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 после каждой пары: «Какое слово подсказало выбор времени?» и составляет на доске два столбика маркеров: yesterday, last week, in 2022 против just, already, yet, ever, never.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парную работу: ученики задают друг другу три вопроса по образцу Have you ever tried sushi? Have you ever been to the zoo? Have you ever ridden a bike?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отвечать полной формой: Yes, I have. / No, I haven't. I have never tried it.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Приглашает 2-3 пары показать диалог классу и просит слушателей отметить, все ли ответы прозвучали с have.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Выбирают время по маркеру и обосновывают выбор словом-подсказкой.; Заполняют в тетради таблицу маркеров Past Simple и Present Perfect.; Задают в парах вопросы Have you ever...? и отвечают краткой и полной формой.; Показывают диалог перед классом и оценивают ответы других пар по критерию «правильный вспомогательный глагол».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таблица маркеров двух времён; каждая пара произнесла не менее трёх вопросов и ответов без ошибки в have/has.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урока с поставленной целью и зафиксировать оставшиеся трудности.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класс к цели на доске: «Мы хотели узнать, как строится форма и когда она нужна. Что из этого мы выполнили?»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продолжить фразы: «Формула Present Perfect...», «Слово yet стоит...», «Present Perfect нужен, когда...», «Мне ещё трудно...».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поднять руку тех, у кого в самостоятельной работе не было ошибок, и хвалит за точность в третьей форме глагола.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домашнее задание: базовая часть на форму, вторая на употребление, и напоминает про таблицу неправильных глаголов.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Продолжают начатые фразы, называя формулу и место маркеров.; Называют личное затруднение (третья форма неправильных глаголов, выбор has, место yet).; Записывают домашнее задание в дневник.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хором воспроизводит формулу have/has + V3; названы 2-3 конкретные трудности для отработки на следующем уроке.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Spotlight 6, упр. ____ (раскрыть скобки в Present Perfect) и выучить третью форму 10 глаголов из таблицы: be, do, write, read, see, eat, break, come, lose, buy. По желанию: составить 5 предложений о себе со словами just, already, never, yet, ever (например, I have already done my homework) или подготовить 4 вопроса Have you ever...? для опроса одноклассников.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Ваулина Ю. Е., Дули Дж., Подоляко О. Е., Эванс В. Английский язык. 6 класс (Spotlight 6),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Spotlight 6: Grammar Reference и таблица неправильных глаголов,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Ваулина Ю. Е. и др. Spotlight 6: рабочая тетрадь, раздел с упражнениями на Present Perfect,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Книга для учителя (Teacher's Book) к Spotlight 6: рекомендации по введению Present Perfect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учителя: фото убранной комнаты, слайд-схема have/has + V3, слайд-эталон из 6 предложений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