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Биология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7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Класс Насекомые: внешнее строение и многообразие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Пасечник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выведение учениками признаков внешнего строения насекомых и освоение способа определения отряда по типу ротового аппарата, крыльям и типу развития.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Обеспечить усвоение признаков класса Насекомые: три отдела тела (голова, грудь, брюшко), три пары ног, одна пара усиков, две пары крыльев (или их видоизменение), дыхание трахеями.; Научить определять отряд насекомого по типу ротового аппарата, строению крыльев и типу развития на примерах жука, бабочки, пчелы, мухи, саранчи.; Отработать умение работать с лупой и коллекцией, заполнять таблицу наблюдения по майскому жуку..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объекты (рак, паук, кузнечик) и выделять существенные признаки.; Формировать умение выдвигать гипотезу о связи строения конечностей и ротового аппарата со средой обитания и способом питания.; Развивать навык самопроверки по эталону и фиксации собственных ошибок..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бережное отношение к насекомым, включая опылителей, и аккуратность при работе с коллекционным материалом.; Формировать готовность слушать ответ одноклассника и корректно дополнять его..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признаки класса Насекомые и показывают отделы тела на коллекционном экземпляре майского жука.; Различают грызущий, сосущий, лижущий и колюще-сосущий ротовые аппараты и соотносят их с отрядами.; Определяют отряд насекомого (Жесткокрылые, Чешуекрылые, Перепончатокрылые, Двукрылые, Прямокрылые) по описанию крыльев и ротового аппарата..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строят классификацию по заданным основаниям и оформляют результат в таблице.; Регулятивные: формулируют цель урока после пробного действия и сверяют полученный вывод с текстом параграфа.; Коммуникативные: проговаривают ход рассуждения вслух по схеме «признак, значит отряд»..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интерес к разнообразию насекомых своей местности.; Осознают ценность опылителей и вред уничтожения полезных видов..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Коллекции насекомых в коробках (майский жук, бабочка капустница, пчела, комнатная муха, саранча), Ручные лупы по одной на парту, пинцеты, Влажные препараты или изображения ротовых аппаратов, раздаточные карточки с описаниями (жужелица, комар, шмель, саранча), Презентация со слайдом-эталоном самопроверки и таблицей отрядов, Учебник биологии 7 класса (линия В. В. Пасечника), рабочие листы с таблицей «Внешнее строение майского жука».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класс Насекомые, отделы тела: голова, грудь, брюшко, три пары ходильных ног, усики (антенны), ротовой аппарат: грызущий, сосущий, лижущий, колюще-сосущий, надкрылья и перепончатые крылья, жужжальца, трахеи, дыхальца, отряды: Жесткокрылые, Чешуекрылые, Перепончатокрылые, Двукрылые, Прямокрылые, тип развития: с полным и неполным превращением.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Вызвать интерес к теме через цифру, которую нельзя объяснить прежними знаниями.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Сообщает: «Учёные описали около 1,5 миллиона видов животных, и более миллиона из них относятся к одной группе».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«Какая это группа и почему их так много?»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«Что помогло им заселить и воду, и почву, и воздух?»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на доске названные версии учеников без оценки.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Высказывают предположения (насекомые, жуки, мухи).; Называют возможные причины успеха: малые размеры, крылья, разная пища.; Настраиваются на поиск точного ответа.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насекомых, на доске записаны 3-4 версии причин их многообразия, интерес зафиксирован.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признаки изученных классов членистоногих и столкнуть учеников с задачей, где старого способа не хватает.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«Сколько ходильных ног у речного рака? Сколько отделов тела у паука-крестовика? Чем дышит рак, чем паук?»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изображение кузнечика и даёт пробное задание: «Определите класс кузнечика и докажите двумя признаками».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нескольких учеников назвать ответ и обоснование.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второй вопрос: «Кузнечик и майский жук оба насекомые, к каким отрядам они относятся и по какому признаку вы их разделите?»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Отвечают: у рака пять пар ходильных ног и головогрудь с брюшком, у паука четыре пары ног и лёгочные мешки.; Считают ноги и отделы тела кузнечика, называют класс Насекомые.; Пытаются назвать отряды и обнаруживают, что оснований для деления не знают.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верно повторил признаки ракообразных и паукообразных, но на вопрос об отрядах ответы разошлись или отсутствуют.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Зафиксировать, в каком месте и почему возникло затруднение.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вы делали, когда определяли кузнечика?»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«Какого знания вам не хватило: признаков класса или признаков отрядов?»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два вопроса-затруднения: «Каковы признаки класса Насекомые?» и «По какому признаку насекомых делят на отряды?»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причину: «Почему нельзя разделить отряды по числу ног?»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Отвечают, что считали ноги и отделы тела, то есть применяли способ, изученный для членистоногих.; Признают, что полного перечня признаков насекомых не называли.; Объясняют: у всех насекомых по шесть ног, значит этот признак для деления на отряды не годится.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записаны два вопроса-затруднения, ученики словами объясняют, почему число ног не подходит для деления на отряды.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план действий по её достижению.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цель: «Чему мы должны научиться, чтобы снять оба затруднения?»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уточнить формулировку: назвать признаки класса и найти признак для определения отряда.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по вопросам: «С чего начнём: с одного насекомого или сразу с пяти?», «Какой прибор понадобится?»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план на доске: 1) рассмотреть майского жука под лупой и заполнить таблицу; 2) выписать признаки класса; 3) сравнить крылья и ротовые аппараты пяти видов; 4) сверить вывод с параграфом.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узнать признаки класса Насекомые и научиться определять отряд.; Предлагают начать с одного объекта и назвать лупу как нужный прибор.; Записывают план из четырёх пунктов в рабочий лист.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 план из четырёх шагов, цель урока проговорена двумя учениками.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признаки класса Насекомые из наблюдения и сверить их с текстом учебника.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коллекции и лупы, напоминает правила: коробку не открывать, рассматривать через стекло.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по таблице: графы «Отделы тела», «Число ног и место их прикрепления», «Усики», «Крылья», «Ротовой аппарат», «Дыхальца на брюшке».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вопросами: «К какому отделу прикреплены все ноги? Чем первая пара крыльев жука отличается от второй? Чем жук дышит, если жабр у него нет?»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вывод одной фразой и записать признаки класса.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на сверку: «Откройте параграф, с. ____, найдите перечень признаков и отметьте, что мы не назвали».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майского жука через лупу, находят голову, грудь, брюшко, три пары ног на груди, пару усиков.; Заполняют таблицу, отмечают жёсткие надкрылья и перепончатые крылья под ними, грызущий ротовой аппарат.; Формулируют признаки класса: три отдела тела, три пары ног на груди, одна пара усиков, обычно две пары крыльев, дыхание трахеями через дыхальца.; Сверяют вывод с текстом параграфа и дописывают недостающее.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Таблица по майскому жуку заполнена, в тетради записаны 5 признаков класса, совпадающие с текстом параграфа.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способ определения отряда через рассуждение вслух.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образец рассуждения: «У бабочки ротовой аппарат сосущий, хоботок, крылья покрыты чешуйками, значит отряд Чешуекрылые».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изображения пчелы и комнатной мухи и просит рассуждать по той же схеме.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уточняющие вопросы: «Сколько пар крыльев у мухи и во что превратилась вторая пара?», «Какой ротовой аппарат у пчелы, если она и грызёт воск, и лижет нектар?»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соседа по парте оценить ответ по критерию: назван ли рот, названы ли крылья, назван ли отряд.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вслух: у пчелы две пары перепончатых крыльев и грызуще-лижущий аппарат, значит отряд Перепончатокрылые.; Рассуждают о мухе: одна пара крыльев, вторая превращена в жужжальца, рот лижущий, значит отряд Двукрылые.; Слушают ответ соседа и проверяют его по трём критериям.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Не менее шести учеников произнесли полное рассуждение по схеме «крылья + рот, значит отряд» без подсказки учителя.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индивидуальное владение способом определения отряда.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с четырьмя описаниями: жужелица (жёсткие надкрылья, грызущий рот), комар (одна пара крыльев, жужжальца, колюще-сосущий хоботок), шмель (две пары перепончатых крыльев, густое опушение), саранча (кожистые надкрылья, прыгательные задние ноги, грызущий рот).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условие: «Работаем молча, в каждой строке пишем отряд и признак, по которому решили».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3 минуты открывает слайд-эталон: Жесткокрылые, Двукрылые, Перепончатокрылые, Прямокрылые.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отметить ошибки знаком «?» и назвать, какой признак был упущен.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Определяют отряд по каждому описанию и записывают признак-основание.; Сверяют ответы с эталоном на слайде, ставят «+» или «?».; Называют вслух, в каком описании ошиблись и почему (например, спутали надкрылья жука и саранчи).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большинства учеников 3-4 верных ответа из 4, ошибки названы и объяснены вслух.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особенности строения насекомых со средой обитания и способом жизни.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водомерку и медведку и задаёт вопрос: «Почему у водомерки ноги длинные и тонкие, а у медведки передние широкие и зубчатые?»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объяснить: «Что общего в строении задних ног кузнечика и блохи и с чем это связано?»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задачу: «У бабочки капустницы хоботок длинный, у майского жука его нет вовсе. Как это связано с пищей?»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вопросу начала урока: «Так почему насекомых больше миллиона видов? Назовите три причины, опираясь на строение».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Объясняют: длинные ноги распределяют вес по плёнке воды, копательные ноги нужны для рытья ходов в почве.; Связывают прыгательные ноги с быстрым уходом от опасности.; Отвечают, что хоботок нужен для нектара из глубоких цветков, а жук грызёт листья.; Называют причины многообразия: крылья и расселение, разные ротовые аппараты и разная пища, малые размеры и разные убежища.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приводят не менее трёх примеров связи «строение, среда» и возвращают ответ на вопрос мотивационного этапа.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с целью урока и оценить уверенность в новом способе.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«По каким трём признакам я узнаю насекомое?»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фразу: «Чтобы определить отряд, я смотрю на ____ и ____».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шкалу уверенности от 1 до 5 и просит поднять соответствующее число пальцев на вопрос «Определю ли я отряд незнакомого насекомого?»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тех, кто дал полный ответ, и называет, что перенесётся на следующий урок (внутреннее строение и развитие).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три признака: три отдела тела, три пары ног, одна пара усиков.; Заканчивают фразу, указывая на крылья и ротовой аппарат.; Показывают уровень уверенности по шкале и называют, что осталось непонятным.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хором и индивидуально называет три признака класса, учитель видит распределение по шкале уверенности и фиксирует, кому нужна поддержка.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параграф о классе Насекомые, с. ____, ответить на вопросы 1-4 после параграфа, зарисовать в тетради внешнее строение майского жука с подписями отделов тела, ног, усиков и крыльев. По желанию: подготовить сообщение на 5 предложений об одном насекомом своей местности с указанием отряда и признака, по которому он определён, или сфотографировать насекомое и составить к фото карточку-описание для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Пасечник В. В. и др. Биология. 7 класс: учебник. М.: Просвещение (Дрофа), параграф о классе Насекомые,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к учебнику Пасечника В. В. Биология. 7 класс, задания по теме «Класс Насекомые»,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Методическое пособие к линии учебников В. В. Пасечника: рекомендации по проведению лабораторных наблюдений с коллекциями членистоногих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Коллекции «Насекомые вредители» и «Развитие насекомых» из кабинета биологии, ручные лупы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Авторская презентация к уроку со слайдом-эталоном самопроверки и таблицей отрядов насекомых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