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Биология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8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Строение и работа сердца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Колесов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открытие учениками связи между строением сердца и фазами сердечного цикла, объясняющей непрерывную работу сердца без утомления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Сформировать представление о строении сердца: четыре камеры, створчатые и полулунные клапаны, миокард, околосердечная сумка; Раскрыть содержание сердечного цикла: систола предсердий (0,1 с), систола желудочков (0,3 с), общая пауза (0,4 с); Научить объяснять одностороннее движение крови работой клапанного аппарата; Отработать расчёт числа сердечных сокращений за минуту при длительности цикла 0,8 с.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читать модель и рисунок сердца, переводить изображение в текст таблицы; Формировать умение устанавливать причинно-следственные связи между строением органа и его функцией; Развивать навык самопроверки по эталону и исправления собственных ошибок.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бережное отношение к своему сердцу через понимание режима его работы и роли тренировки; Формировать культуру учебного диалога: слушать ответ товарища у доски и корректно дополнять.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камеры сердца, клапаны и их расположение, объясняют роль перегородки; Описывают три фазы сердечного цикла с указанием времени и положения клапанов; Прослеживают путь капли крови от правого предсердия до лёгочной артерии; Рассчитывают частоту сокращений: 60 с : 0,8 с = 75 сокращений в минуту.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извлекают информацию из модели и текста параграфа, заносят её в таблицу; Регулятивные: формулируют цель урока после фиксации затруднения и сверяют результат с эталоном; Коммуникативные: проговаривают алгоритм во внешней речи у доски, задают уточняющие вопросы.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интерес к работе собственного организма, связывают знания о сердце с личным режимом нагрузок; Оценивают уверенность своего ответа на шкале и признают зоны незнания.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Разборная модель сердца человека (или муляж), Таблица «Строение сердца» и схема кругов кровообращения, Учебник: Колесов Д. В., Маш Р. Д., Беляев И. Н. Биология. 8 класс, § ____, с. ____, Карточки для самостоятельной работы и лист эталона на слайде, Секундомер или настенные часы с секундной стрелкой, презентация, анимация сердечного цикла.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Сердце, предсердия и желудочки, миокард, околосердечная сумка (перикард), створчатые клапаны, полулунные клапаны, сердечный цикл, систола, диастола, общая пауза, автоматизм сердца, пульс.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учеников в работу через наблюдение за собственным пульсом и постановку личностно значимого вопроса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найти пульс на лучевой артерии и посчитать удары за 15 секунд по сигналу секундомера, затем умножить результат на 4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назвать полученные числа, записывает на доске диапазон класса (обычно 60-90)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проблемный вопрос: «Этот мотор работает 70 лет без остановки. Почему он не устаёт, если ваша рука с гантелью устаёт за минуту?»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Фиксирует: ответ на этот вопрос класс должен получить к концу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Находят пульс, считают удары за 15 секунд и умножают на 4; Называют свои значения и сравнивают их с показателями соседа по парте; Высказывают первые предположения о причинах неутомляемости сердца.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записано число ударов в минуту, на доске зафиксирован вопрос урока «Почему сердце не устаёт?»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круги кровообращения и предъявить задачу, которую прежними знаниями решить нельзя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 схеме назвать: где начинается и где заканчивается большой круг, где малый, какая кровь течёт по лёгочной артерии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вопросом: «По каким сосудам кровь идёт к сердцу, а по каким от сердца?»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действие: «Желудочек сжимается с большой силой. Почему кровь при этом не выплёскивается обратно в предсердие, а идёт только в артерию? Запишите объяснение в тетрадь за 2 минуты»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3-4 варианта ответа, не оценивая их как верные или неверные, выписывает версии на доску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начало и конец большого и малого кругов, характеризуют кровь в лёгочной артерии и лёгочных венах; Записывают в тетради своё объяснение движения крови в одном направлении; Озвучивают версии: «сосуд узкий», «давление такое», «кровь так течёт».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3-4 разные версии, ни одна не доказана, у класса возникает потребность в новом знании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Установить, каких именно знаний не хватает для ответа на пробный вопрос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сравнить версии на доске и ответить: «Какая из них можно доказать по схеме кругов кровообращения?»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вопросы: «Что мы уже знаем о сердце? Что изображено на нашей схеме, только сосуды или ещё и внутреннее устройство?»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разборную модель сердца и открывает её: «Здесь есть то, чего нет на схеме. Что это?»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сформулировать место затруднения и записывает его на доске: не знаем внутреннего устройства сердца и порядка сокращения камер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версии и признают, что доказать их нечем; Формулируют: известны сосуды и круги, неизвестно, что внутри сердца; Замечают на модели перегородки и подвижные створки между камерами.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записана причина затруднения: неизвестно внутреннее строение сердца и последовательность сокращения его камер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план действий по её достижению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превратить фразу о незнании в цель: «С чего начнём, если не знаем устройства?»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уточнить формулировку цели: выяснить строение сердца и порядок работы его камер, чтобы объяснить одностороннее движение крови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 и записывает его на доске: 1) разобрать камеры и клапаны по модели, 2) выяснить фазы сердечного цикла и их время, 3) объяснить, почему сердце не устаёт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средства работы: модель, таблица «Строение сердца», § ____ учебника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Договаривается о форме фиксации результата: таблица «Фаза, что сокращается, клапаны, куда идёт кровь»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 урока и записывают её в тетрадь; Предлагают шаги плана и определяют их порядок; Называют источники: модель сердца, рисунок и текст параграфа.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записаны цель и план из трёх пунктов, приготовлена заготовка таблицы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Открыть строение сердца и фазы сердечного цикла, зафиксировать их в таблице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в парах у модели и по рисунку § ____: «Найдите четыре камеры, назовите их. Между какими камерами створчатые клапаны, а на выходе из желудочков какие?»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вопросом: «Почему левый желудочек толще правого в три раза?»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Демонстрирует анимацию сердечного цикла и просит заполнять таблицу по ходу: фаза, что сокращается, положение створчатых и полулунных клапанов, куда идёт кровь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числовые данные для последней колонки: систола предсердий 0,1 с, систола желудочков 0,3 с, общая пауза 0,4 с, и просит найти сумму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сверить заполненную таблицу с текстом параграфа и исправить неточности другим цветом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Находят на модели предсердия, желудочки, створчатые и полулунные клапаны, объясняют разницу в толщине стенок; Заполняют таблицу по трём фазам, указывая, какие клапаны открыты, а какие закрыты; Складывают 0,1 + 0,3 + 0,4 и получают цикл 0,8 с; Сверяют записи с § ____ и вносят правки.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заполнена таблица из трёх фаз, записан вывод: полный сердечный цикл длится 0,8 с, желудочки отдыхают 0,4 с в каждом цикле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новый способ рассуждения через громкое проговаривание пути крови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Приглашает ученика к таблице «Строение сердца» и задаёт маршрут: «Проведите каплю крови от полых вен до лёгочной артерии, называя камеры и клапаны»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класс контролировать: «Слушаем, не пропущен ли клапан. Поднимаем руку, если ошибка»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второй маршрут другому ученику: от лёгочных вен через левое предсердие и левый желудочек в аорту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контрольный вопрос всем: «В какой момент цикла кровь входит в желудочки, а полулунные клапаны закрыты?»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проговаривание в парах: один ведёт каплю, второй проверяет по таблице в тетради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путь крови у доски, называя правое предсердие, створчатый клапан, правый желудочек, полулунный клапан, лёгочную артерию; Слушают ответ и дополняют пропущенные звенья; Отвечают, что кровь наполняет желудочки во время общей паузы и систолы предсердий; В парах поочерёдно повторяют оба маршрута.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Не менее двух учеников безошибочно проговаривают маршрут у доски, в парах маршрут воспроизводят все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индивидуальное усвоение фаз цикла и умение выполнять расчёт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из двух заданий: соотнести фазу (систола предсердий, систола желудочков, общая пауза) с положением створчатых и полулунных клапанов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Второе задание карточки: «Сердечный цикл длится 0,8 с. Сколько сокращений совершает сердце за 1 минуту? Запишите решение»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время работы 3 минуты, напоминает о самостоятельности выполнения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 на слайде: систола предсердий, створчатые открыты, полулунные закрыты; систола желудочков, створчатые закрыты, полулунные открыты; пауза, створчатые открыты, полулунные закрыты; 60 : 0,8 = 75 сокращений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отметить на полях знак «+» за каждое верное задание и назвать причину ошибки, если она есть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задание на соответствие и записывают расчёт 60 : 0,8 = 75; Сверяют свои ответы с эталоном на слайде; Отмечают верные ответы и формулируют причину ошибки словами «перепутал клапаны», «ошибся в делении».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Большинство учеников получают 75 сокращений в минуту и верно соотносят фазы с клапанами, ошибки разобраны сразу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знание о цикле к объяснению тренированного сердца и связать его с автоматизмом миокарда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задачу: «У нетренированного человека пульс 75, у лыжника 50 ударов в минуту, а крови за минуту сердце перекачивает столько же. Как такое возможно?»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вопросами: «Что изменится, если за один удар выбрасывается больше крови? Что произойдёт с длительностью паузы при пульсе 50?»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рассчитать длительность цикла у спортсмена: 60 : 50 = 1,2 с, и сравнить с 0,8 с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Вводит понятие автоматизма: «Сердце, вынутое из тела и помещённое в питательный раствор, продолжает сокращаться. За счёт чего?» Подводит к особым клеткам миокарда, задающим ритм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вопросу мотивации: «Так почему сердце не устаёт? Соберите ответ из двух частей: отдых в каждом цикле и питание миокарда через венечные сосуды»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Обсуждают задачу в группах и предлагают объяснение через увеличение объёма крови за одно сокращение; Считают 60 : 50 = 1,2 с и делают вывод об удлинении паузы, то есть отдыха сердца; Связывают автоматизм с работой особых клеток мышцы сердца; Формулируют развёрнутый ответ на вопрос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формулирует вывод: сердце не устаёт, потому что в каждом цикле желудочки отдыхают 0,4 с, а у тренированного сердца пауза ещё длиннее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 новое знание и оценить уверенность в собственном ответе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письменно за 2 минуты ответить на вопрос с начала урока: «Почему сердце не устаёт?» в объёме 2-3 предложений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под ответом начертить шкалу от 0 до 10 и отметить крестиком уверенность в своём ответе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 на осмысление: «Что сегодня узнали такого, чего не могли объяснить в начале урока? Какое задание оказалось самым трудным?»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 и отмечает учеников, точно проговоривших маршрут крови у доски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Пишут ответ на вопрос урока, опираясь на фазы цикла и время паузы; Отмечают на шкале уверенности свою позицию; Называют трудное задание и то, что стало понятно на уроке.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тетради письменный ответ на вопрос урока и отметка на шкале уверенности, учитель видит по шкале, кому нужна поддержка на следующем уроке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ответить на вопросы с. ____; выучить таблицу фаз сердечного цикла и уметь показать по рисунку камеры и клапаны. По желанию на выбор: 1) измерить пульс в покое и после 20 приседаний, записать результаты и рассчитать длительность цикла в обоих случаях; 2) подготовить сообщение на 3-4 минуты об истории пересадки сердца или о работе кардиостимулятора.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Колесов Д. В., Маш Р. Д., Беляев И. Н. Биология. Человек. 8 класс. М.: Дрофа,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тетрадь к учебнику Колесова Д. В., Маша Р. Д., Беляева И. Н. Биология. 8 класс, задания на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Разборная модель сердца человека, таблицы «Строение сердца» и «Круги кровообращения»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Видеофрагмент или анимация «Сердечный цикл» из библиотеки цифрового образовательного контента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Примерная рабочая программа основного общего образования по биологии (5-9 классы)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