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 w:before="0" w:line="240" w:lineRule="auto"/>
        <w:jc w:val="center"/>
      </w:pPr>
      <w:r>
        <w:rPr>
          <w:rFonts w:ascii="Times New Roman" w:hAnsi="Times New Roman" w:eastAsia="Times New Roman" w:cs="Times New Roman"/>
          <w:b/>
          <w:i w:val="0"/>
          <w:sz w:val="28"/>
        </w:rPr>
        <w:t>План-конспект урока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Предмет: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Литературное чтение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Класс: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3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Тема: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Басни И. А. Крылова: мораль и герои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Тип урока: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Открытие нового знания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Длительность: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45 минут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УМК, учебник: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Климанова</w:t>
      </w:r>
    </w:p>
    <w:p>
      <w:pPr>
        <w:spacing w:after="200" w:before="12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Учитель: ____________________________   Дата: «____» ______________ 20____ г.</w:t>
      </w:r>
    </w:p>
    <w:p>
      <w:pPr>
        <w:spacing w:after="12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Цель урока: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Научить находить мораль басни и определять, какие качества людей высмеяны в образах животных, на материале басен И. А. Крылова «Ворона и Лисица» и «Мартышка и Очки»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Обучающие задачи: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Ввести понятия «басня», «мораль», «баснописец», «аллегория» на доступном третьеклассникам уровне.; Научить находить в тексте басни строки морали и отличать их от пересказа событий.; Сформировать алгоритм работы с басней: прочитать, назвать героев, найти поучение, определить высмеянное качество.; Показать, какие человеческие качества скрыты за образами Лисицы, Вороны и Мартышки..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Развивающие задачи: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Развивать умение доказывать мнение строкой из текста.; Развивать выразительное чтение по ролям с передачей характера героя.; Развивать умение сравнивать басню и сказку, находить сходство и различие..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Воспитательные задачи: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Воспитывать неприятие лести и хвастовства, критичное отношение к собственным поступкам.; Формировать уважительное отношение к мнению одноклассника в споре о морали..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Предметные результаты: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Дают определение басни и морали своими словами, приводят пример баснописца (И. А. Крылов).; Находят и читают строки морали в баснях «Ворона и Лисица» и «Мартышка и Очки».; Соотносят героя басни и высмеянное качество: Лиса, лесть и хитрость; Ворона, доверчивость и тщеславие; Мартышка, невежество.; Читают диалог Лисицы и Вороны по ролям, передавая интонацией льстивую речь..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Метапредметные результаты: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Познавательные: выделяют в тексте главное поучение, отличая его от последовательности событий.; Регулятивные: работают по составленному алгоритму и сверяют результат с эталоном.; Коммуникативные: строят ответ по образцу «Я думаю, что мораль в строках..., потому что...»..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Личностные результаты: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Оценивают поступки героев и переносят вывод на собственное поведение.; Проявляют интерес к чтению басен, выбирают басню для чтения наизусть..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Оборудование: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Учебник «Литературное чтение. 3 класс», ч. 1 (авт. Л. Ф. Климанова, В. Г. Горецкий и др.), с. ____, Портрет И. А. Крылова и репродукция памятника баснописцу, Аудиозапись басни «Ворона и Лисица» в исполнении артиста, Карточки для самостоятельной работы «Герой и качество» и лист-эталон, Плакат-заготовка для алгоритма работы с басней, магниты, Карточки самооценки трёх цветов (зелёная, жёлтая, красная), Набор пословиц на полосках бумаги.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Основные понятия: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басня, мораль, баснописец, герои басни, аллегория (иносказание), лесть, невежество, пословица.</w:t>
      </w:r>
    </w:p>
    <w:p>
      <w:pPr>
        <w:spacing w:after="120" w:before="280" w:line="240" w:lineRule="auto"/>
      </w:pPr>
      <w:r>
        <w:rPr>
          <w:rFonts w:ascii="Times New Roman" w:hAnsi="Times New Roman" w:eastAsia="Times New Roman" w:cs="Times New Roman"/>
          <w:b/>
          <w:i w:val="0"/>
          <w:sz w:val="26"/>
        </w:rPr>
        <w:t>Ход урока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1. Мотивация к учебной деятельности (2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Включить учеников в работу через пословицу и вывести на разговор о человеческих качествах.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Открывает на доске пословицу «На языке медок, а на сердце ледок» и просит прочитать её вслух.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Спрашивает: «О каком человеке так говорят: медок на языке, а ледок на сердце?»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Уточняет вопросом: «Приятно ли слушать такого человека и можно ли ему верить?»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Сообщает, что сегодня на уроке класс встретится с текстом, где именно такой герой действует, и предлагает быть внимательными читателями.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Читают пословицу хором и по одному.; Высказывают предположения: речь о притворстве, о лести, о человеке, который говорит сладко, а думает плохо.; Настраиваются на работу, объясняют смысл выражения своими словами.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Дети называют качество (лесть, притворство) и готовы к чтению; учитель видит поднятые руки и точные ответы по смыслу пословицы.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2. Актуализация знаний и пробное учебное действие (5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Повторить признаки известных жанров и столкнуть учеников с задачей найти поучение в тексте.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Включает аудиозапись басни «Ворона и Лисица» (учебник, с. ____) и просит слушать, следя по тексту.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Задаёт вопросы на актуализацию: «Какие жанры мы уже знаем: сказка, рассказ, стихотворение. По каким признакам мы их различаем?»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Даёт пробное задание: «Определите, сказка это или нет, и выпишите одну строку, которой автор учит читателя».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4-5 учеников прочитать выбранную строку и назвать жанр.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Слушают басню, следя по тексту в учебнике.; Называют известные признаки сказки: волшебство, животные говорят, зачин и концовка.; Выполняют пробное действие: выбирают одну строку и записывают её в тетрадь.; Читают свои варианты вслух: одни называют «Уж сколько раз твердили миру...», другие «Ворона каркнула во всё вороньё горло».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На доске выписаны 3-4 разных варианта «поучительной» строки, класс замечает, что ответы не совпадают.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3. Выявление места и причины затруднения (4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Установить, что мешает выполнить задание, и назвать причину затруднения.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Обращает внимание класса на записанные варианты: «Почему у нас получились разные ответы, ведь текст был один?»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сравнить две записи: «Уж сколько раз твердили миру, что лесть гнусна, вредна» и «Лисица утащила сыр». Спрашивает: «Где рассказ о событии, а где вывод для читателя?»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Задаёт вопрос о жанре: «Волшебства нет, а животные говорят. Значит, это сказка или что-то другое? Как называется такой текст?»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Помогает сформулировать причину затруднения: «Чего мы пока не знаем, чтобы дать один верный ответ?»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Сравнивают варианты и отделяют пересказ событий от вывода автора.; Обнаруживают, что не знают названия жанра и слова, которым называют поучение.; Формулируют причину затруднения: «Мы не знаем, что такое мораль и где она в тексте».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Класс называет причину затруднения: неизвестны понятия «басня» и «мораль», нет способа поиска морали в тексте.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4. Построение проекта выхода из затруднения (5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Поставить цель урока и наметить порядок действий для поиска морали.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Предлагает поставить цель: «Чему нам нужно научиться, чтобы ответы совпали?»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Записывает на доске цель урока со слов детей: узнать, что такое басня и мораль, научиться находить мораль в тексте.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Организует планирование вопросом: «С чего начнём работу с текстом, что сделаем потом? Расставим шаги по порядку».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Раздаёт полоски с шагами в перепутанном виде (назвать героев, прочитать басню, найти поучение, сказать, какое качество высмеяно) и просит в парах расставить их.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Показывает портрет И. А. Крылова и сообщает: автора таких текстов называют баснописцем.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Формулируют цель урока: узнать, что такое басня и мораль, и научиться находить мораль.; Работают в парах: раскладывают полоски с шагами в нужном порядке.; Предлагают план урока: разберём вторую басню, проверим себя, сравним со сказкой.; Запоминают слово «баснописец» и имя И. А. Крылова.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На доске сформулирована цель, у каждой пары выложен предварительный порядок шагов работы с басней.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5. Реализация построенного проекта (8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Вывести определения басни и морали, оформить алгоритм и сверить его с учебником.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Возвращает класс к тексту: «Прочитайте первые две строки. О ком в них говорится: о Вороне и Лисице или обо всех людях?»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Подводит к выводу вопросом: «Строки о лести стоят до начала событий. Зачем автор поставил их первыми?»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Вводит понятия: краткое поучение в начале или в конце текста называется моралью, а короткий поучительный текст, часто в стихах, где под животными скрыты люди, называется басней.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открыть учебник (с. ____) и сравнить вывод класса с определением в статье: «Совпало ли наше определение с авторским? Что добавили авторы учебника?»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Оформляет на плакате алгоритм: 1) прочитать басню; 2) назвать героев; 3) найти строки поучения (в начале или в конце); 4) назвать качество, которое высмеяно.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Уточняет понятие иносказания: «Кого на самом деле имеет в виду Крылов, когда пишет о Лисице?»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Находят в тексте строки «Уж сколько раз твердили миру, что лесть гнусна, вредна...» и доказывают, что они относятся ко всем людям.; Формулируют своими словами, что такое мораль и басня.; Читают статью учебника и сравнивают её определение со своим выводом.; Записывают алгоритм из четырёх шагов в тетрадь и проговаривают шаги вслух.; Объясняют, что под Лисицей автор изобразил хитрого льстеца, под Вороной, доверчивого и падкого на похвалу человека.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Класс называет мораль басни «Ворона и Лисица» одной формулировкой, в тетрадях записан алгоритм, совпадающий с плакатом на доске.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6. Первичное закрепление с проговариванием во внешней речи (6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Применить алгоритм к новой басне с обязательным проговариванием каждого шага.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Читает вслух басню «Мартышка и Очки» (учебник, с. ____), затем просит одного ученика перечитать концовку.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Организует работу по алгоритму: «Шаг первый выполнен, басню прочитали. Шаг второй: кто герои?»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Задаёт вопрос на поиск морали: «Найдите строки, которые говорят не о Мартышке, а о людях. Где они стоят: в начале или в конце?»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объяснить смысл строк «Кто про свои дела кричит всем без умолку, в том, верно, мало толку» и слова «невежда».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Требует полного ответа по образцу: «Мораль этой басни в строках..., автор высмеивает..., потому что герой...»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Слушают басню и следят по тексту.; Называют героев: Мартышка, а также очки как предмет, из-за которого возникла путаница.; Находят мораль в конце текста и читают её вслух.; Объясняют: высмеяно невежество, неумение пользоваться нужной вещью и привычка винить вещь, а не себя.; Проговаривают полный ответ по образцу, 3-4 ученика отвечают у доски.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Не менее трёх учеников без подсказки называют мораль «Мартышки и Очков» и объясняют, чьё невежество высмеяно.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7. Самостоятельная работа с самопроверкой по эталону (5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Проверить умение соотносить героя басни и высмеянное качество без помощи учителя.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Раздаёт карточку с двумя столбиками: слева Лиса, Ворона, Мартышка; справа доверчивость и любовь к похвале, хитрость и лесть, невежество.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Даёт задание: соединить стрелками героя и качество, рядом с каждым героем указать название басни.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Следит за самостоятельностью, при затруднении напоминает: «Посмотри в алгоритм и вернись к строкам морали».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Открывает на доске лист-эталон и просит сверить работу, ошибки отметить простым карандашом.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Спрашивает: «У кого нет ошибок, поднимите зелёную карточку. Кто ошибся, назовите, какой шаг алгоритма пропустил».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Самостоятельно соединяют героев и качества, подписывают названия басен.; Сверяют свои ответы с эталоном на доске и отмечают расхождения карандашом.; Называют причину ошибки: спутали качества Лисы и Вороны, не вернулись к тексту морали.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У большинства учеников карточка заполнена верно; ошибающиеся называют пропущенный шаг алгоритма.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8. Включение в систему знаний и повторение (7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Связать новое знание с чтением по ролям, пословицами и ранее изученной сказкой.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Организует чтение по ролям диалога Лисицы и Вороны: распределяет роли автора, Лисицы и просит читать льстивую речь сладким, тянущим голосом.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Спрашивает после чтения: «Какими словами Лисица усыпляет разум Вороны: голубушка, светик, шейка, глазки. Зачем их так много?»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Даёт группам по 4 человека набор пословиц («Верь своим глазам, а не чужим речам», «Лишнего не мели, лучше промолчи», «Не за то волка бьют, что сер, а за то, что овцу съел») и просит подобрать пословицу к каждой басне.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Организует сравнение: «Вспомните сказку «Лиса и Журавль». Чем басня похожа на сказку и чем отличается?» Фиксирует ответы в таблице на доске: герои, объём, наличие морали, стихотворная форма.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Читают диалог по ролям, передавая интонацией лесть и хвастливую радость Вороны.; Выписывают слова-обращения Лисицы и объясняют их роль.; В группах подбирают пословицу к каждой басне и обосновывают выбор.; Сравнивают басню и сказку: в обеих есть говорящие животные, но в басне короткий стихотворный текст и обязательная мораль.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Каждая группа называет пословицу к басне с обоснованием; в таблице на доске зафиксировано отличие басни от сказки, наличие морали.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9. Рефлексия учебной деятельности (3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Соотнести результат с целью урока и оценить собственную работу.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Возвращает класс к цели на доске: «Мы хотели узнать, что такое басня и мораль. Достигли цели? Докажите».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Предлагает продолжить фразу «Басня учит меня...» одним предложением.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выбрать карточку самооценки: зелёная, всё понял и могу объяснить другому; жёлтая, нахожу мораль с подсказкой; красная, нужна помощь учителя.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Предлагает назвать басню, которую ученик выберет для чтения наизусть дома.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Отвечают, что теперь знают понятия «басня», «мораль», «баснописец», и называют алгоритм поиска морали.; Продолжают фразу: «Басня учит меня не верить сладким словам», «Басня учит меня не винить вещи в своих ошибках».; Поднимают карточку самооценки и называют выбранную для наизусть басню.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Ученики называют оба новых понятия, поднятые карточки показывают учителю уровень усвоения в классе.</w:t>
      </w:r>
    </w:p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Домашнее задание</w:t>
      </w:r>
    </w:p>
    <w:p>
      <w:pPr>
        <w:spacing w:after="12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Базовое: выразительно читать басню «Ворона и Лисица» (учебник, с. ____), выписать в тетрадь строки морали и подчеркнуть слова-обращения Лисицы. По желанию: выучить наизусть одну из двух басен или нарисовать иллюстрацию к «Мартышке и Очкам» и подобрать к ней подходящую пословицу.</w:t>
      </w:r>
    </w:p>
    <w:p>
      <w:pPr>
        <w:spacing w:after="80" w:before="16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Источники и материалы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1. Климанова Л. Ф., Горецкий В. Г., Голованова М. В. Литературное чтение. 3 класс. Часть 1. М.: Просвещение (с. ____)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2. Крылов И. А. Басни. Детская классика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3. Рабочая тетрадь по литературному чтению. 3 класс (авт. М. В. Бойкина, Л. А. Виноградская), задание ____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4. Аудиохрестоматия по литературному чтению: запись басни «Ворона и Лисица»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5. Сборник пословиц и поговорок русского народа для работы с моралью басни</w:t>
      </w:r>
    </w:p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 w:val="0"/>
          <w:i/>
          <w:color w:val="7F7F7F"/>
          <w:sz w:val="18"/>
        </w:rPr>
        <w:t>Конспект собран из технологической карты сервисом oformka.ru.</w:t>
      </w:r>
    </w:p>
    <w:sectPr w:rsidR="00FC693F" w:rsidRPr="0006063C" w:rsidSect="00034616"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