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Технологическая карта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Предмет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Литературное чтение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Класс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3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Тема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Басни И. А. Крылова: мораль и герои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Тип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Открытие нового знания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УМК, учебник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Климанова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Длительность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45 минут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Учитель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____________________________________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Дата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«____» ______________ 20____ г.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Цель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Научить находить мораль басни и определять, какие качества людей высмеяны в образах животных, на материале басен И. А. Крылова «Ворона и Лисица» и «Мартышка и Очки»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Задачи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Обучающие: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Ввести понятия «басня», «мораль», «баснописец», «аллегория» на доступном третьеклассникам уровне.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Научить находить в тексте басни строки морали и отличать их от пересказа событий.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Сформировать алгоритм работы с басней: прочитать, назвать героев, найти поучение, определить высмеянное качество.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Показать, какие человеческие качества скрыты за образами Лисицы, Вороны и Мартышки.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Развивающие: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доказывать мнение строкой из текста.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выразительное чтение по ролям с передачей характера героя.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сравнивать басню и сказку, находить сходство и различие.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Воспитательные: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Воспитывать неприятие лести и хвастовства, критичное отношение к собственным поступкам.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уважительное отношение к мнению одноклассника в споре о морали.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Планируемые результаты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Дают определение басни и морали своими словами, приводят пример баснописца (И. А. Крылов).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Находят и читают строки морали в баснях «Ворона и Лисица» и «Мартышка и Очки».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Соотносят героя басни и высмеянное качество: Лиса, лесть и хитрость; Ворона, доверчивость и тщеславие; Мартышка, невежество.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Читают диалог Лисицы и Вороны по ролям, передавая интонацией льстивую речь.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Метапредметные: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Познавательные: выделяют в тексте главное поучение, отличая его от последовательности событий.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Регулятивные: работают по составленному алгоритму и сверяют результат с эталоном.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Коммуникативные: строят ответ по образцу «Я думаю, что мораль в строках..., потому что...».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Личностные: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Оценивают поступки героев и переносят вывод на собственное поведение.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Проявляют интерес к чтению басен, выбирают басню для чтения наизусть.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Основные понятия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басня, мораль, баснописец, герои басни, аллегория (иносказание), лесть, невежество, пословица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Оборудование и материалы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Учебник «Литературное чтение. 3 класс», ч. 1 (авт. Л. Ф. Климанова, В. Г. Горецкий и др.), с. ____, Портрет И. А. Крылова и репродукция памятника баснописцу, Аудиозапись басни «Ворона и Лисица» в исполнении артиста, Карточки для самостоятельной работы «Герой и качество» и лист-эталон, Плакат-заготовка для алгоритма работы с басней, магниты, Карточки самооценки трёх цветов (зелёная, жёлтая, красная), Набор пословиц на полосках бумаги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Формы работы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Фронтальная, Парная, Индивидуальная, Работа в группах по 4 человека на этапе включения в систему знаний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Методы и приёмы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Проблемный диалог с постановкой пробного действия, Наблюдение над текстом и поиск доказательной строки, Составление алгоритма и работа по нему, Чтение по ролям, инсценирование диалога, Самопроверка по эталону, взаимопроверка в паре, Сравнение текстов разных жанров</w:t>
            </w:r>
          </w:p>
        </w:tc>
      </w:tr>
    </w:tbl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tblHeader w:val="true"/>
        </w:trPr>
        <w:tc>
          <w:tcPr>
            <w:tcW w:type="dxa" w:w="510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2041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Этап урока, время</w:t>
            </w:r>
          </w:p>
        </w:tc>
        <w:tc>
          <w:tcPr>
            <w:tcW w:type="dxa" w:w="408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учителя</w:t>
            </w:r>
          </w:p>
        </w:tc>
        <w:tc>
          <w:tcPr>
            <w:tcW w:type="dxa" w:w="340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обучающихся</w:t>
            </w:r>
          </w:p>
        </w:tc>
        <w:tc>
          <w:tcPr>
            <w:tcW w:type="dxa" w:w="2948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Формируемые УУД</w:t>
            </w:r>
          </w:p>
        </w:tc>
        <w:tc>
          <w:tcPr>
            <w:tcW w:type="dxa" w:w="2154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Результат этапа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Мотивация к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Включить учеников в работу через пословицу и вывести на разговор о человеческих качествах.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Открывает на доске пословицу «На языке медок, а на сердце ледок» и просит прочитать её вслух.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«О каком человеке так говорят: медок на языке, а ледок на сердце?»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 вопросом: «Приятно ли слушать такого человека и можно ли ему верить?»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Сообщает, что сегодня на уроке класс встретится с текстом, где именно такой герой действует, и предлагает быть внимательными читателями.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Читают пословицу хором и по одному.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Высказывают предположения: речь о притворстве, о лести, о человеке, который говорит сладко, а думает плохо.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Настраиваются на работу, объясняют смысл выражения своими словами.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принимают учебную задачу и настраиваются на работу.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высказывают предположение и слушают ответы товарищей.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Дети называют качество (лесть, притворство) и готовы к чтению; учитель видит поднятые руки и точные ответы по смыслу пословицы.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Актуализация знаний и пробное учебное действие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Повторить признаки известных жанров и столкнуть учеников с задачей найти поучение в тексте.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Включает аудиозапись басни «Ворона и Лисица» (учебник, с. ____) и просит слушать, следя по тексту.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вопросы на актуализацию: «Какие жанры мы уже знаем: сказка, рассказ, стихотворение. По каким признакам мы их различаем?»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пробное задание: «Определите, сказка это или нет, и выпишите одну строку, которой автор учит читателя».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4-5 учеников прочитать выбранную строку и назвать жанр.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Слушают басню, следя по тексту в учебнике.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известные признаки сказки: волшебство, животные говорят, зачин и концовка.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Выполняют пробное действие: выбирают одну строку и записывают её в тетрадь.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Читают свои варианты вслух: одни называют «Уж сколько раз твердили миру...», другие «Ворона каркнула во всё вороньё горло».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воспринимают текст на слух и соотносят его с признаками известных жанров.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пробное действие и фиксируют свой вариант ответа.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озвучивают собственный вариант перед классом.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выписаны 3-4 разных варианта «поучительной» строки, класс замечает, что ответы не совпадают.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3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Выявление места и причины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Установить, что мешает выполнить задание, и назвать причину затруднения.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Обращает внимание класса на записанные варианты: «Почему у нас получились разные ответы, ведь текст был один?»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сравнить две записи: «Уж сколько раз твердили миру, что лесть гнусна, вредна» и «Лисица утащила сыр». Спрашивает: «Где рассказ о событии, а где вывод для читателя?»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 о жанре: «Волшебства нет, а животные говорят. Значит, это сказка или что-то другое? Как называется такой текст?»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Помогает сформулировать причину затруднения: «Чего мы пока не знаем, чтобы дать один верный ответ?»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Сравнивают варианты и отделяют пересказ событий от вывода автора.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Обнаруживают, что не знают названия жанра и слова, которым называют поучение.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причину затруднения: «Мы не знаем, что такое мораль и где она в тексте».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сравнивают формулировки и находят различие между событием и выводом.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осознают и словами называют место и причину затруднения.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участвуют в учебном споре, не перебивая говорящего.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называет причину затруднения: неизвестны понятия «басня» и «мораль», нет способа поиска морали в тексте.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4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Построение проекта выхода из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Поставить цель урока и наметить порядок действий для поиска морали.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поставить цель: «Чему нам нужно научиться, чтобы ответы совпали?»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на доске цель урока со слов детей: узнать, что такое басня и мораль, научиться находить мораль в тексте.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планирование вопросом: «С чего начнём работу с текстом, что сделаем потом? Расставим шаги по порядку».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полоски с шагами в перепутанном виде (назвать героев, прочитать басню, найти поучение, сказать, какое качество высмеяно) и просит в парах расставить их.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Показывает портрет И. А. Крылова и сообщает: автора таких текстов называют баснописцем.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цель урока: узнать, что такое басня и мораль, и научиться находить мораль.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Работают в парах: раскладывают полоски с шагами в нужном порядке.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Предлагают план урока: разберём вторую басню, проверим себя, сравним со сказкой.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Запоминают слово «баснописец» и имя И. А. Крылова.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ставят цель и планируют последовательность действий.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устанавливают логический порядок шагов в алгоритме.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договариваются в паре о едином решении.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сформулирована цель, у каждой пары выложен предварительный порядок шагов работы с басней.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5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Реализация построенного проекта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8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Вывести определения басни и морали, оформить алгоритм и сверить его с учебником.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 класс к тексту: «Прочитайте первые две строки. О ком в них говорится: о Вороне и Лисице или обо всех людях?»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Подводит к выводу вопросом: «Строки о лести стоят до начала событий. Зачем автор поставил их первыми?»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Вводит понятия: краткое поучение в начале или в конце текста называется моралью, а короткий поучительный текст, часто в стихах, где под животными скрыты люди, называется басней.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открыть учебник (с. ____) и сравнить вывод класса с определением в статье: «Совпало ли наше определение с авторским? Что добавили авторы учебника?»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Оформляет на плакате алгоритм: 1) прочитать басню; 2) назвать героев; 3) найти строки поучения (в начале или в конце); 4) назвать качество, которое высмеяно.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 понятие иносказания: «Кого на самом деле имеет в виду Крылов, когда пишет о Лисице?»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Находят в тексте строки «Уж сколько раз твердили миру, что лесть гнусна, вредна...» и доказывают, что они относятся ко всем людям.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своими словами, что такое мораль и басня.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Читают статью учебника и сравнивают её определение со своим выводом.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алгоритм из четырёх шагов в тетрадь и проговаривают шаги вслух.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Объясняют, что под Лисицей автор изобразил хитрого льстеца, под Вороной, доверчивого и падкого на похвалу человека.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выводят определение понятия и работают с учебной статьёй как источником проверки.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сверяют собственный вывод с текстом учебника и уточняют формулировку.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строят ответ-доказательство со ссылкой на строку текста.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называет мораль басни «Ворона и Лисица» одной формулировкой, в тетрадях записан алгоритм, совпадающий с плакатом на доске.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6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Первичное закрепление с проговариванием во внешней речи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6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Применить алгоритм к новой басне с обязательным проговариванием каждого шага.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Читает вслух басню «Мартышка и Очки» (учебник, с. ____), затем просит одного ученика перечитать концовку.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работу по алгоритму: «Шаг первый выполнен, басню прочитали. Шаг второй: кто герои?»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 на поиск морали: «Найдите строки, которые говорят не о Мартышке, а о людях. Где они стоят: в начале или в конце?»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объяснить смысл строк «Кто про свои дела кричит всем без умолку, в том, верно, мало толку» и слова «невежда».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Требует полного ответа по образцу: «Мораль этой басни в строках..., автор высмеивает..., потому что герой...»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Слушают басню и следят по тексту.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героев: Мартышка, а также очки как предмет, из-за которого возникла путаница.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Находят мораль в конце текста и читают её вслух.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Объясняют: высмеяно невежество, неумение пользоваться нужной вещью и привычка винить вещь, а не себя.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Проговаривают полный ответ по образцу, 3-4 ученика отвечают у доски.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применяют алгоритм к новому тексту и выделяют в нём мораль.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строят развёрнутое высказывание по речевому образцу.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контролируют выполнение каждого шага алгоритма.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Не менее трёх учеников без подсказки называют мораль «Мартышки и Очков» и объясняют, чьё невежество высмеяно.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7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Самостоятельная работа с самопроверкой по эталону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Проверить умение соотносить героя басни и высмеянное качество без помощи учителя.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карточку с двумя столбиками: слева Лиса, Ворона, Мартышка; справа доверчивость и любовь к похвале, хитрость и лесть, невежество.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задание: соединить стрелками героя и качество, рядом с каждым героем указать название басни.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Следит за самостоятельностью, при затруднении напоминает: «Посмотри в алгоритм и вернись к строкам морали».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Открывает на доске лист-эталон и просит сверить работу, ошибки отметить простым карандашом.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«У кого нет ошибок, поднимите зелёную карточку. Кто ошибся, назовите, какой шаг алгоритма пропустил».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Самостоятельно соединяют героев и качества, подписывают названия басен.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свои ответы с эталоном на доске и отмечают расхождения карандашом.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причину ошибки: спутали качества Лисы и Вороны, не вернулись к тексту морали.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работу самостоятельно, сверяют результат с эталоном и находят ошибки.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соотносят образ героя и черту характера человека.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оценивают собственный результат честно.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большинства учеников карточка заполнена верно; ошибающиеся называют пропущенный шаг алгоритма.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8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Включение в систему знаний и повторение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7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Связать новое знание с чтением по ролям, пословицами и ранее изученной сказкой.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Групповая,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чтение по ролям диалога Лисицы и Вороны: распределяет роли автора, Лисицы и просит читать льстивую речь сладким, тянущим голосом.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 после чтения: «Какими словами Лисица усыпляет разум Вороны: голубушка, светик, шейка, глазки. Зачем их так много?»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группам по 4 человека набор пословиц («Верь своим глазам, а не чужим речам», «Лишнего не мели, лучше промолчи», «Не за то волка бьют, что сер, а за то, что овцу съел») и просит подобрать пословицу к каждой басне.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сравнение: «Вспомните сказку «Лиса и Журавль». Чем басня похожа на сказку и чем отличается?» Фиксирует ответы в таблице на доске: герои, объём, наличие морали, стихотворная форма.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Читают диалог по ролям, передавая интонацией лесть и хвастливую радость Вороны.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Выписывают слова-обращения Лисицы и объясняют их роль.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 группах подбирают пословицу к каждой басне и обосновывают выбор.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Сравнивают басню и сказку: в обеих есть говорящие животные, но в басне короткий стихотворный текст и обязательная мораль.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сравнивают произведения двух жанров и выделяют отличительный признак басни.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работают в группе, распределяют роли при чтении, обосновывают выбор пословицы.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удерживают учебную задачу при работе в группе.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Каждая группа называет пословицу к басне с обоснованием; в таблице на доске зафиксировано отличие басни от сказки, наличие морали.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9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Рефлексия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3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Соотнести результат с целью урока и оценить собственную работу.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 класс к цели на доске: «Мы хотели узнать, что такое басня и мораль. Достигли цели? Докажите».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продолжить фразу «Басня учит меня...» одним предложением.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выбрать карточку самооценки: зелёная, всё понял и могу объяснить другому; жёлтая, нахожу мораль с подсказкой; красная, нужна помощь учителя.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назвать басню, которую ученик выберет для чтения наизусть дома.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Отвечают, что теперь знают понятия «басня», «мораль», «баснописец», и называют алгоритм поиска морали.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Продолжают фразу: «Басня учит меня не верить сладким словам», «Басня учит меня не винить вещи в своих ошибках».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Поднимают карточку самооценки и называют выбранную для наизусть басню.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соотносят достигнутый результат с поставленной целью и оценивают себя.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переносят мораль басни на собственное поведение.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кратко формулируют личный вывод урока.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Ученики называют оба новых понятия, поднятые карточки показывают учителю уровень усвоения в классе.</w:t>
            </w:r>
          </w:p>
        </w:tc>
      </w:tr>
    </w:tbl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выразительно читать басню «Ворона и Лисица» (учебник, с. ____), выписать в тетрадь строки морали и подчеркнуть слова-обращения Лисицы. По желанию: выучить наизусть одну из двух басен или нарисовать иллюстрацию к «Мартышке и Очкам» и подобрать к ней подходящую пословицу.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Климанова Л. Ф., Горецкий В. Г., Голованова М. В. Литературное чтение. 3 класс. Часть 1. М.: Просвещение (с. ____)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Крылов И. А. Басни. Детская классика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Рабочая тетрадь по литературному чтению. 3 класс (авт. М. В. Бойкина, Л. А. Виноградская), задание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Аудиохрестоматия по литературному чтению: запись басни «Ворона и Лисица»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Сборник пословиц и поговорок русского народа для работы с моралью басни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Карта собрана сервисом oformka.ru. Пропуски подчёркиванием заполняет учитель.</w:t>
      </w:r>
    </w:p>
    <w:sectPr w:rsidR="00FC693F" w:rsidRPr="0006063C" w:rsidSect="00034616"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