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Физика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7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Давление твёрдых тел. Единицы давления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Перышкин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Организовать открытие учениками формулы давления p = F/S и способа расчёта давления твёрдого тела на опору, а также способов увеличения и уменьшения давления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понятие давления как отношения силы, действующей перпендикулярно поверхности, к площади этой поверхности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формулу p = F/S и научить выражать из неё F и S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единицу давления 1 Па = 1 Н/м² и отработать перевод см² в м²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способы увеличения и уменьшения давления за счёт изменения площади опоры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результаты опыта и находить причину различия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планировать измерения (динамометр, линейка) и обрабатывать данные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речь через комментирование решения задачи у доски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аккуратность при работе с приборами и записи единиц измерения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проверять ответ и признавать ошибку при сверке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интерес к объяснению бытовых и технических примеров языком физики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Формулируют определение давления и записывают формулу p = F/S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Вычисляют давление, силу давления и площадь опоры по известным двум величинам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Переводят площадь из см² в м² и выражают давление в Па и кПа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Объясняют на примерах (лыжи, лезвие, гусеницы, шпалы, шило), как изменяют давление изменением площади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устанавливают зависимость результата действия силы от площади опоры и оформляют её формулой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удерживают цель урока, сверяют вычисления с эталоном и фиксируют место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комментируют решение вслух, слушают и дополняют ответ одноклассника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готовность искать причину затруднения, а не отказываться от задачи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результат самостоятельной работы по чёткому критерию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Видят практический смысл физической величины в устройстве инструментов и техники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давление, сила давления, площадь опоры, формула p = F/S, паскаль (1 Па = 1 Н/м²), килопаскаль, способы увеличения и уменьшения давления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кнопка канцелярская, тупой гвоздь, деревянная доска, деревянный брусок с гранями 10х5 см и 20х5 см, масса 2 кг, лоток с сухим песком, динамометр учебный (до 10 Н), набор грузов, линейки ученические, учебник Физика. 7 класс (А. В. Перышкин), § ____, карточки для самостоятельной работы и лист с эталоном, набор картинок: лыжи, лезвие ножа, гусеницы трактора, шпалы, шило, презентация или запись на доске: таблица измерений F, S, F/S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 (эксперимент и обсуждение), индивидуальная (самостоятельная работа)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проблемная демонстрация и постановка вопроса, побуждающий диалог, учебный эксперимент с измерениями и обработкой данных, комментированное решение у доски, самопроверка по эталону, приём сортировки примеров по признаку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интерес к теме через противоречие в наблюдаемом опыте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Демонстрирует: пальцем вдавливает кнопку в деревянную доску, затем с тем же нажатием пробует вдавить тупой гвоздь.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«Рука одна, нажимаю одинаково, почему кнопка вошла, а гвоздь нет?»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«Что у кнопки и гвоздя разного, кроме внешнего вида?»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Сообщает, что сегодня класс найдёт величину, которая объяснит этот опыт.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 демонстрацию и сравнивают результат двух попыток.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предположения: у кнопки остриё тоньше, площадь меньше.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урока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выделяют в наблюдении признак, по которому объекты различаются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предположение в свободной форме и слушают версии одноклассников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сформулировал догадку о роли площади; тема записана в тетрадях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силу тяжести и площадь прямоугольника и столкнуть учеников с задачей, не решаемой прежним способом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работа в парах при вычислениях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вопросы: «Как найти силу тяжести? В чём измеряется сила? Чему равно g в расчётах?»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вычислить: «Брусок массой 2 кг, найдите силу тяжести», ожидает ответ F = mg = 2 кг · 10 Н/кг = 20 Н.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вычислить площади граней бруска: 10 см х 5 см и 20 см х 5 см.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пробное действие: ставит брусок на песок сначала меньшей гранью, затем большей и предлагает сравнить действие бруска на песок в двух случаях, используя только известные величины.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ответы на доске в два столбца.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вопросы, записывают F = mg = 20 Н.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Вычисляют S₁ = 50 см², S₂ = 100 см².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сравнить действие бруска и обнаруживают, что сила в обоих случаях 20 Н.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Наблюдают: след в песке от узкой грани глубже.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известные формулы F = mg и S = ab в новой ситуации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его результат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сопоставляют свои вычисления с ответом соседа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записаны F = 20 Н, S₁ = 50 см², S₂ = 100 см²; ученики отмечают, что сила одинакова, а следы разные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Зафиксировать, что известных величин недостаточно для описания результата действия силы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«Какое задание вы выполняли и что у вас не получилось?»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«Сила в обоих опытах 20 Н. Если бы сила всё объясняла, каким должен быть след?»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ключевой вопрос: «Что изменилось между двумя опытами, если сила не менялась?»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сформулировать причину затруднения одним предложением и записывает её на доске.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Объясняют, что сравнивали действие бруска на песок и не смогли выразить разницу числом.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Устанавливают: изменилась только площадь грани.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причину: одной силой результат действия не описать, нужна величина, учитывающая площадь.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вывод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результат пробного действия с имеющимися средствами и выявляют дефицит 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причинно-следственную связь между площадью опоры и глубиной следа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точно формулируют затруднение в речи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записано: сила одинакова, площадь разная, результат разный, нужна новая величина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план действий по поиску новой величины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сформулировать цель: «Что мы должны найти, чтобы объяснить разницу следов?»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вопросом: «Как из двух величин, силы и площади, получить одну? Какое действие связывает их так, чтобы при меньшей площади результат был больше?»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Обсуждает варианты F · S, F + S, F/S и просит проверить логику: «При уменьшении S какое выражение растёт?»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совместно с классом план: 1) измерить вес бруска динамометром; 2) измерить стороны граней линейкой и найти S; 3) вычислить F/S для двух граней; 4) сравнить с глубиной следов; 5) сверить вывод с учебником.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найти величину, связывающую силу и площадь опоры.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Обсуждают, какое действие над F и S подходит, отбрасывают произведение и сумму.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Принимают отношение F/S как рабочую гипотезу.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из пяти пунктов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учебную цель и составляют план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выдвигают гипотезу и проверяют её на логическую непротиворечивость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выбор варианта в диалоге с классом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Цель и план записаны на доске и в тетрадях, гипотеза p = F/S принята к проверке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Экспериментально получить формулу давления, ввести единицу 1 Па и сверить вывод с учебником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 при обобщении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работу в парах: раздаёт бруски, динамометры, линейки, задаёт форму таблицы: F, Н | S, см² | S, м² | F/S.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 перевод: «1 см² = 0,0001 м², значит 50 см² = 0,005 м²».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Контролирует измерения, спрашивает: «Почему динамометр показывает вес, а не массу? В каких единицах записываем результат?»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результаты на доске: 20 Н : 0,005 м² = 4000 Н/м²; 20 Н : 0,01 м² = 2000 Н/м².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«Где число получилось больше и совпало ли это с глубиной следа?»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Вводит запись: p = F/S, давление; сообщает, что 1 Н/м² = 1 Па, и просит найти определение и формулу в § ____, сверить со своей записью.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Измеряют вес бруска динамометром и стороны граней линейкой, заполняют таблицу.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Переводят площади в м² и вычисляют отношение F/S для двух граней.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числа 4000 и 2000 с глубиной следов и подтверждают гипотезу.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формулу p = F/S, единицу 1 Па = 1 Н/м², читают определение в учебнике и сверяют его со своей формулировкой.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обрабатывают результаты измерений и обобщают их в формулу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действуют по составленному плану и проверяют гипотезу опытом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распределяют роли в паре (измеряет, записывает) и согласуют результат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заполнена таблица, записаны p = F/S и 1 Па = 1 Н/м², вывод совпал с текстом параграфа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Отработать применение формулы и перевод единиц с обязательным проговариванием хода решения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 с работой у доски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ученика к доске: «Брусок весит 30 Н и стоит на площади 0,015 м². Найдите давление», требует проговаривать каждый шаг.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второго ученика перевести 150 см² в м² вслух: «Сколько квадратных метров в одном квадратном сантиметре? Значит 150 см² это сколько?»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третье задание: «Из формулы p = F/S выразите S, затем найдите S, если F = 400 Н, p = 20 000 Па».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Останавливает решение вопросами: «Единицы записали? Ответ в паскалях или в килопаскалях удобнее?»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на доске образец оформления: дано, СИ, формула, решение, ответ.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у доски с комментированием: p = 30 Н : 0,015 м² = 2000 Па = 2 кПа.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Переводят 150 см² = 0,015 м², объясняя переход через 0,0001 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Выражают S = F/p и получают S = 400 : 20 000 = 0,02 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решения в тетради по образцу оформления.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формулу и преобразуют её относительно нужной величины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проговаривают алгоритм решения понятно для класса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запись единиц и полноту оформления задачи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Три задачи решены и оформлены в тетрадях, класс воспроизводит алгоритм: перевести в СИ, подставить в формулу, записать ответ в 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самостоятельно рассчитывать давление и силу давления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из двух задач: 1) найти давление, если F = 600 Н, S = 0,02 м²; 2) найти силу давления, если p = 4 кПа, S = 0,5 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Напоминает: «4 кПа переводим в паскали до подстановки».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Отслеживает время, при затруднении задаёт наводящий вопрос без подсказки ответа.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эталон: 1) p = 600 : 0,02 = 30 000 Па = 30 кПа; 2) F = pS = 4000 · 0,5 = 2000 Н.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отметить на полях знаком «+» верное решение и обвести место ошибки.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обе задачи индивидуально, оформляя дано и СИ.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ответы с эталоном на доске.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ошибку и определяют её причину: перевод единиц, формула или вычисление.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самостоятельно, сверяют результат с эталоном и находят место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нужную форму формулы для каждой задачи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честно оценивают собственный результат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большинства обе задачи решены верно; каждый ученик назвал причину своей ошибки, если она была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Применить формулу для объяснения технических и бытовых примеров изменения давления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групповая, фронтальная при проверке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доску список: лыжи, лезвие ножа, гусеницы трактора, шпалы под рельсами, шило, ремни рюкзака, каблук-шпилька.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группам: распределить примеры в таблицу «уменьшают давление» и «увеличивают давление» и в каждом случае указать, что делают с площадью.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Проверяет фронтально вопросом: «Почему лыжник не проваливается в снег, если его вес не изменился?»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задачу на связь: «Мальчик весом 400 Н стоит на лыжах общей площадью 0,5 м². Какое давление он оказывает на снег? А без лыж, если площадь подошв 0,04 м²?»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Подводит итог: чтобы уменьшить давление, увеличивают площадь опоры, чтобы увеличить, площадь уменьшают.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Распределяют примеры по двум столбцам и записывают краткое обоснование через S.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Объясняют: лыжи увеличивают площадь, давление падает, снег выдерживает.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Решают задачу: 400 : 0,5 = 800 Па и 400 : 0,04 = 10 000 Па, сравнивают числа.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Приводят собственные примеры из быта.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переносят формулу на новые практические ситуации и обобщают правило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работают в группе, распределяют примеры и защищают выбор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вывод группы с общим правилом на доске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Таблица заполнена без ошибок, ученики формулируют правило изменения давления через площадь опоры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зафиксировать типичные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цели урока и спрашивает: «Какую величину мы искали и нашли ли?»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вопросы: «Что такое 1 Па? Как записать формулу давления и как выразить из неё силу?»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«Где сегодня чаще всего ошибались при переводе см² в м² и как этого избежать?»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продолжить одну фразу: «Теперь я могу объяснить, почему...».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 и критерии его выполнения.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Отвечают, что 1 Па это давление силы 1 Н на площадь 1 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типичную ошибку: делят на 100 вместо 10 000 при переводе см² в м².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Продолжают фразу и записывают домашнее задание.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достижение цели урока и называют собственные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изученное в краткой формулировке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практическую применимость нового знания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Ученики воспроизводят определение паскаля и формулу, называют способ избежать ошибки в переводе единиц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ответить на вопросы после параграфа, упр. ____ (задачи на расчёт p и F). По желанию: измерить дома площадь подошвы своей обуви (обвести на клетчатой бумаге), рассчитать давление, которое оказывает на пол, стоя на двух ногах и на одной, оформить расчёт в тетради.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Перышкин А. В. Физика. 7 класс: учебник. М.: Просвещение (Дрофа),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Лукашик В. И., Иванова Е. В. Сборник задач по физике. 7-9 классы, задачи по теме «Давление твёрдых тел», №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Рабочая программа по физике для 7 класса к УМК А. В. Перышкина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Марон А. Е., Марон Е. А. Физика. 7 класс. Дидактические материалы, самостоятельная работа по теме «Давление»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Оборудование кабинета физики: динамометры, бруски, лоток с песком, линейки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