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Физика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9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Закон сохранения импульса: отработка умений решать задачи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Рефлексия (отработка умений)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Перышкин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Отработать применение закона сохранения импульса к задачам на неупругое взаимодействие, разлёт тел и отдачу, выявив и исправив собственные ошибки по эталону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Закрепить формулу импульса тела p = mv, единицу измерения кг·м/с и признаки замкнутой системы.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алгоритм решения задачи из пяти шагов: чертёж, выбор оси, запись проекций импульсов до и после, алгебраические преобразования, проверка единиц.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применять закон сохранения импульса к трём типам ситуаций: сцепка (неупругий удар), разлёт тел из состояния покоя, отдача при выстреле.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Сформировать умение находить в собственном решении номер шага, на котором произошёл сбой, и исправлять его по эталону.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сопоставлять своё решение с эталоном и формулировать причину расхождения.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физическую речь через проговаривание вслух правила знаков для проекций скоростей.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переносить расчётную модель на качественные ситуации: прыжок из лодки, движение ракеты.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спокойное отношение к собственной ошибке как к рабочему материалу урока.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аккуратность в оформлении решения: чертёж, ось, единицы, ответ.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взаимоуважение при работе в парах и обсуждении у доски.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Записывают закон сохранения импульса в проекциях на ось для замкнутой системы двух тел.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Решают задачи на сцепку вагонов, разлёт тележек и отдачу ружья с получением числового ответа и единиц.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Объясняют, почему проекция скорости тела, движущегося против оси, отрицательна.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Связывают закон сохранения импульса с третьим законом Ньютона и объясняют движение ракеты.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выделяют в тексте задачи данные до и после взаимодействия и переводят их в схему.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сверяют решение с эталоном, определяют номер ошибочного шага и планируют его коррекцию.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объясняют однокласснику ход решения, используя термины «проекция», «замкнутая система», «импульс системы».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 ошибку как этап работы, а не как оценку личности.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готовность довести решение до проверки размерности и ответа.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собственный результат по конкретным критериям, а не по общему впечатлению.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импульс тела p = mv, единица импульса кг·м/с, замкнутая (изолированная) система, закон сохранения импульса, проекция вектора на ось, неупругое взаимодействие (сцепка), отдача, реактивное движение, третий закон Ньютона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две тележки с пружиной и защёлкой, набор грузов, линейка (демонстрационный жёлоб или ровный стол), карточки с пробной задачей и эталоном решения из 5 шагов, карточки самостоятельной работы, вариант 1 и вариант 2, по две задачи, лист эталона с ответами и таблицей плюс/минус по шагам, учебник физики 9 класса (Пёрышкин, Гутник), сборник задач, доска со списком номеров задач для отработки по типам А, Б, 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индивидуальная, парная, работа у доски с комментированием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демонстрационный эксперимент с постановкой проблемного вопроса, решение задач по пошаговому алгоритму, самопроверка и пооперационный контроль по эталону, проговаривание способа действия во внешней речи, дифференцированный подбор задач по типу выявленной ошибки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коррекционной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Создать установку на поиск и исправление собственных ошибок через наблюдаемый факт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на стол две тележки со сжатой пружиной, на одну кладёт два груза, отпускает защёлку.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«Обе тележки толкнула одна и та же пружина, почему тяжёлая уехала заметно медленнее?»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«Какая величина у этих тележек оказалась одинаковой по модулю?»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Объявляет формат урока: «Сегодня каждый работает со своими ошибками: находит номер шага, где сбился, и убирает этот сбой».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Наблюдают разлёт тележек и сравнивают пройденные ими расстояния.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предположение, что импульсы тележек равны по модулю и противоположны по направлению.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в тетради число и тему урока.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связывают наблюдаемый факт с известной формулой p = mv.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цель урока как работу с личными затруднениями.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формулирует, что импульсы разлетающихся тележек равны по модулю; в тетрадях записана тема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Восстановить опорные знания и через пробную задачу выявить индивидуальные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Проводит устный опрос: «Как найти импульс тела?», «В каких единицах измеряется импульс?», «Когда систему считают замкнутой?»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записать на полях: p = mv, [p] = кг·м/с, векторная величина, направлена как скорость.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Диктует пробную задачу: «Вагон массой 30 т движется со скоростью 2 м/с и сцепляется со стоящим вагоном массой 20 т. Найдите скорость вагонов после сцепки».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Отводит на пробное решение 3 минуты, эталон не показывает, по классу ходит и не подсказывает.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Предупреждает: «Решение оформляем полностью: чертёж, ось, проекции, расчёт, единицы».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устные вопросы и записывают опорные формулы.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Самостоятельно решают пробную задачу в тетради.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полученный ответ и подчёркивают его.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формулу импульса и признак замкнутости системы.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в условиях ограниченного времени.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дают краткие полные ответы на вопросы учителя.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в тетради есть собственный вариант решения пробной задачи (верный ответ 1,2 м/с), готовый к сверке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Локализация индивидуальных затруднений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Определить конкретный шаг алгоритма, на котором возникла ошибка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на доске эталон из 5 шагов: 1) чертёж «до» и «после» со стрелками скоростей; 2) выбор оси X по движению первого вагона; 3) проекции: m1v1 + 0 = (m1 + m2)v; 4) алгебра: v = m1v1/(m1 + m2) = 30000·2/50000; 5) единицы и ответ: v = 1,2 м/с.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сверять решение пошагово и ставить на полях номер первого шага, где обнаружено расхождение.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Обращает внимание: «Массу в тоннах в формулу подставлять нельзя, переводим в килограммы, иначе сбой на шаге 5».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статистику поднятием рук: «У кого сбой на шаге 1? на шаге 3? на шаге 4?» и фиксирует на доске числа.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своё решение с эталоном по каждому шагу отдельно.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на полях номер шага, где решение разошлось с эталоном.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Поднимают руку при подсчёте типов затруднений.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осуществляют пооперационный контроль решения по эталону.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соотносят собственное действие с образцом и выделяют место расхождения.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Каждый ученик назвал номер проблемного шага; на доске картина затруднений класса по шагам 1-5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коррекции выявленных затруднений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Спланировать личную коррекцию: правило для повторения и задача для отработки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структуру записи в тетради: «Тип моей ошибки ___. Правило, которое повторяю ___. Задача для отработки № ___».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на доске список задач по типам: А, сцепка вагонов; Б, разлёт тележек 0,4 кг и 0,6 кг; В, отдача ружья 4 кг при массе пули 10 г и скорости 600 м/с.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Поясняет привязку: «Ошибка в чертеже или знаках, берёшь тип Б; ошибка в единицах и переводах, берёшь тип В; ошибка в алгебре, берёшь тип А».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Проверяет 3-4 записи выборочно и уточняет формулировку правила у тех, кто написал «не понял тему».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в тетради тип своей ошибки конкретной фразой, например «забыл минус у встречной скорости».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правило для повторения: перевод единиц, знак проекции, формула суммы импульсов.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Выбирают номер задачи своего типа из списка на доске.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личную учебную задачу и выбирают средство её решения.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классифицируют ошибку по типу и подбирают соответствующее правило.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каждой тетради оформлен план коррекции из трёх строк с указанием конкретного номера задачи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Исправить затруднение на задаче выбранного типа с опорой на алгоритм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парная (консультация соседа по одному типу)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карточки А, Б, В и напоминает: решение обязательно по пяти шагам.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Тип А: «Платформа 20 т движется со скоростью 3 м/с и сцепляется с платформой 30 т, идущей навстречу со скоростью 1 м/с. Найдите скорость и направление движения после сцепки».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Тип Б: «Тележки массами 0,4 кг и 0,6 кг покоились. После срабатывания пружины первая пошла со скоростью 1,5 м/с. Найдите скорость второй».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Тип В: «Ружьё массой 4 кг выстреливает пулю массой 10 г со скоростью 600 м/с. Найдите скорость отдачи».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Консультирует адресно: у решающих тип Б спрашивает «Чему равен импульс системы до срабатывания пружины?», у решающих тип В требует показать перевод 10 г в 0,01 кг.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чертёж «до» и «после», выбирают ось и подписывают направления скоростей.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закон сохранения импульса в проекциях и выражают искомую скорость.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Доводят решение до числового ответа с единицами и проверяют знак результата.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закон сохранения импульса к новой ситуации того же типа.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решение по заданному алгоритму и контролируют каждый шаг.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обращаются за уточнением к соседу, работающему над тем же типом задачи.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Задача своего типа решена с ответом: тип А 0,6 м/с по направлению первой платформы, тип Б 1 м/с, тип В 1,5 м/с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Обобщение затруднений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Проговорить вслух правила, вызвавшие наибольшие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трёх учеников, по одному от каждого типа задачи, к доске с готовым решением.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Первому задаёт вопрос: «Почему проекция скорости встречной платформы получила знак минус?»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Второму: «Чему равна сумма импульсов тележек после разлёта и почему именно нулю?»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Третьему: «Что произойдёт с ответом, если массу пули оставить в граммах?»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класс проговорить хором ключевую фразу: «Импульс системы до взаимодействия равен импульсу системы после взаимодействия».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Комментируют своё решение у доски по шагам алгоритма.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вопросы о знаках проекций и о нулевом суммарном импульсе.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Дополняют ответы одноклассников, если пропущен перевод единиц.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монологическое высказывание с использованием физических терминов.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правило знаков и условие нулевого импульса системы.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выступление товарища по критериям алгоритма.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формулирует два правила: знак проекции задаёт направление относительно оси; при разлёте из покоя сумма импульсов после равна нулю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исправление затруднения индивидуально с пооперационной самопроверкой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два варианта по две задачи и предупреждает: «Работа не на оценку, а на проверку того, ушла ли ваша ошибка».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Вариант 1: 1) «Тележка 2 кг со скоростью 3 м/с догоняет тележку 4 кг, идущую со скоростью 1 м/с; после удара они движутся вместе, найдите их скорость»; 2) «Пушка 800 кг стреляет снарядом 5 кг со скоростью 400 м/с, найдите скорость отката».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Вариант 2: 1) «Вагон 40 т при 1,5 м/с сцепляется со стоящим вагоном 20 т, найдите общую скорость»; 2) «Мальчик 50 кг спрыгивает с покоящейся лодки 100 кг со скоростью 2 м/с, найдите скорость лодки».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Через 5 минут выдаёт эталон с ответами: вариант 1: 1,67 м/с и 2,5 м/с; вариант 2: 1 м/с и 1 м/с, и таблицу для отметок плюс/минус по шагам 1-5.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тех, у кого минус остался на прежнем шаге, отметить этот шаг звёздочкой для домашней работы.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две задачи своего варианта по алгоритму.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решение с эталоном и ставят плюс или минус напротив каждого из пяти шагов.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Отмечают, совпал ли оставшийся минус с ошибкой, зафиксированной на этапе локализации.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осуществляют самоконтроль по эталону и фиксируют результат в таблице.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один закон к двум разным типам взаимодействия.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оценивают продвижение по конкретному критерию, а не в общем виде.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заполнена таблица плюс/минус по пяти шагам; учитель видит по звёздочкам, у кого затруднение сохранилось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Перенести закон сохранения импульса на качественные ситуации и связать с третьим законом Ньютона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«Почему лодка отходит назад, когда человек прыгает с неё на берег, ведь вода лодку не толкает?»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«На что опирается ракета в космосе, если вокруг пустота?» и просит объяснить через импульс выброшенных газов.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сравнить: «Импульс системы сохраняется потому, что тела действуют друг на друга силами, равными по модулю и противоположными по направлению, какой это закон?»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короткое задание на связь: «Оцените, во сколько раз скорость ракеты меньше скорости газов, если масса ракеты в 200 раз больше массы порции газа».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 отход лодки равенством нулю суммарного импульса системы до прыжка.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Описывают движение ракеты как результат выброса газов с импульсом в противоположную сторону.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связь закона сохранения импульса с третьим законом Ньютона и равенством времён взаимодействия.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Дают числовой ответ: в 200 раз.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переносят изученный закон на качественные и оценочные задачи.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ответ, опираясь на понятие замкнутой системы.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удерживают в объяснении логику от закона к конкретному явлению.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Ученики объясняют реактивное движение и отход лодки через сохранение импульса и называют третий закон Ньютона как его основу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деятельности на уроке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Зафиксировать личный результат коррекции и получить домашнее задание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письменно завершить две фразы: «Моя ошибка была в шаге ___» и «Теперь я делаю так ___».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требование: «Во второй фразе нужен конкретный приём, например: сначала рисую ось и ставлю знаки, потом подставляю числа».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Проводит быстрый итог: «У кого таблица самопроверки полностью в плюсах? у кого остался один минус?»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домашнее задание на доске и поясняет разделение на базовую и дополнительную часть.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в тетради две завершённые фразы о своей ошибке и новом способе действия.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Показывают сигналом результат самопроверки.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Фиксируют домашнее задание.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целью урока и называют способ его удержания.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собственное продвижение в решении задач по теме.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кратко формулируют вывод о своей работе.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есть письменная формулировка ошибки и способа её устранения; учитель видит по сигналам долю справившихся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 (закон сохранения импульса), прочитать и выписать алгоритм из пяти шагов; задачи № ____ (сцепка вагонов и отдача). Для тех, у кого в таблице остался минус: решить заново задачу своего типа А, Б или В из карточки, оформив все пять шагов. По желанию: подготовить объяснение на 5 предложений «Почему ракета разгоняется в вакууме» с расчётом отношения скоростей ракеты и газов.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Пёрышкин А. В., Гутник Е. М. Физика. 9 класс. М.: Просвещение (Дрофа), § ____, с. ____.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Лукашик В. И., Иванова Е. В. Сборник задач по физике. 7-9 классы, задачи по теме «Импульс. Закон сохранения импульса», № ____.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Марон А. Е., Марон Е. А. Физика. 9 класс. Дидактические материалы: самостоятельные работы по теме «Закон сохранения импульса», с. ____.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Демонстрационное оборудование кабинета: тележки с пружинной защёлкой и набор грузов.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Карточки авторской разработки: пробная задача, эталон из 5 шагов, два варианта самостоятельной работы с ответами.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