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0" w:before="0" w:line="240" w:lineRule="auto"/>
        <w:jc w:val="center"/>
      </w:pPr>
      <w:r>
        <w:rPr>
          <w:rFonts w:ascii="Times New Roman" w:hAnsi="Times New Roman" w:eastAsia="Times New Roman" w:cs="Times New Roman"/>
          <w:b/>
          <w:i w:val="0"/>
          <w:sz w:val="28"/>
        </w:rPr>
        <w:t>План-конспект урока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Предмет: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География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Класс: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7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Тема: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Климат Африки: климатические пояса и типы климата материка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Тип урока: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Открытие нового знания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Длительность: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45 минут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УМК, учебник: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Коринская</w:t>
      </w:r>
    </w:p>
    <w:p>
      <w:pPr>
        <w:spacing w:after="200" w:before="12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Учитель: ____________________________   Дата: «____» ______________ 20____ г.</w:t>
      </w:r>
    </w:p>
    <w:p>
      <w:pPr>
        <w:spacing w:after="12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Цель урока: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Организовать открытие учениками способа характеристики климата Африки по климатическим поясам на основе климатической карты и климатограмм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Обучающие задачи: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Ввести знание о наборе климатических поясов Африки (экваториальный, два субэкваториальных, два тропических, два субтропических) и их симметрии относительно экватора; Научить читать климатограмму: определять годовую амплитуду температур, режим и количество осадков, делать вывод о поясе; Вывести с учениками алгоритм характеристики климата территории из четырёх шагов и закрепить его на примерах Киншасы и Каира; Показать влияние постоянных ветров, поясов давления и холодного Бенгельского течения на распределение осадков в Африке.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Развивающие задачи: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Развивать умение сопоставлять климатическую карту атласа, климатограмму и текст параграфа; Формировать умение выявлять причинно-следственные связи: положение в поясах давления, осадки, тип климата; Развивать речь через проговаривание алгоритма вслух у доски с опорой на цифры климатограммы.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Воспитательные задачи: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Воспитывать аккуратность в работе с картой и цифровыми данными; Поддерживать готовность признать ошибку при сверке с эталоном и исправить её; Формировать интерес к природе Африки и уважение к условиям жизни людей в разных климатических поясах.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Предметные результаты: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Называют и показывают на карте климатические пояса Африки в порядке от экватора к северу и югу; Определяют тип климата по безымянной климатограмме, опираясь на амплитуду температур и режим осадков; Объясняют, почему пустыня Намиб суше внутренних районов тропического пояса, ссылаясь на Бенгельское течение; Сравнивают тропический климат западной и восточной частей материка по влажности.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Метапредметные результаты: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Познавательные: извлекают информацию из климатической карты и климатограммы и переводят её в связный вывод; Регулятивные: формулируют цель урока после фиксации затруднения и сверяют результат с эталоном; Коммуникативные: работают в паре, распределяют роли и слушают ответ товарища у доски; Познавательные: строят алгоритм действий и применяют его к новым объектам.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Личностные результаты: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Осознают ценность точного знания при работе с картографическими источниками; Оценивают собственный результат без завышения, отмечая ошибки знаками +/-; Проявляют интерес к географическим различиям внутри одного материка.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Оборудование: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Физическая и климатическая карты Африки (настенные), Атласы по географии, 7 класс, с климатической картой Африки, Учебник: Коринская В. А., Душина И. В., Щенев В. А. «География материков и океанов», 7 класс, параграф ____, Презентация: фото ливня в бассейне Конго и барханов Сахары, климатограммы Киншасы, Каира и две безымянные, слайд-эталон, Карточки с заготовкой алгоритма и контурные карты Африки.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Основные понятия: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климатообразующие факторы, климатический пояс, основной и переходный пояс, климатограмма, годовая амплитуда температур, режим осадков, пассаты, экваториальный, субэкваториальный, тропический, субтропический климат, Бенгельское течение, пустыня Намиб.</w:t>
      </w:r>
    </w:p>
    <w:p>
      <w:pPr>
        <w:spacing w:after="120" w:before="280" w:line="240" w:lineRule="auto"/>
      </w:pPr>
      <w:r>
        <w:rPr>
          <w:rFonts w:ascii="Times New Roman" w:hAnsi="Times New Roman" w:eastAsia="Times New Roman" w:cs="Times New Roman"/>
          <w:b/>
          <w:i w:val="0"/>
          <w:sz w:val="26"/>
        </w:rPr>
        <w:t>Ход урока</w:t>
      </w:r>
    </w:p>
    <w:p>
      <w:pPr>
        <w:spacing w:after="80" w:before="20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1. Мотивация к учебной деятельности (2 мин)</w:t>
      </w:r>
    </w:p>
    <w:p>
      <w:pPr>
        <w:spacing w:after="80" w:before="0" w:line="240" w:lineRule="auto"/>
      </w:pPr>
      <w:r>
        <w:rPr>
          <w:rFonts w:ascii="Times New Roman" w:hAnsi="Times New Roman" w:eastAsia="Times New Roman" w:cs="Times New Roman"/>
          <w:b w:val="0"/>
          <w:i/>
          <w:sz w:val="24"/>
        </w:rPr>
        <w:t>Цель этапа: Создать интерес к теме через противоречие между двумя изображениями одного материка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Показывает два фото: тропический ливень в бассейне Конго и барханы Сахары, подписи скрыты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Спрашивает: «Оба снимка сделаны в Африке. Как на одном материке уживаются 2000 мм осадков в год и места, где дождя не было три года?»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Сообщает годовые суммы осадков: Конго около 1800 мм, центр Сахары менее 50 мм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Предлагает: «К концу урока каждый должен уметь объяснить эту разницу одним предложением»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Ученики: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Рассматривают снимки и высказывают предположения о причинах различий; Называют версии: разная широта, разное количество тепла, влияние океана; Записывают в тетрадь дату и тему урока.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Результат: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Класс сформулировал противоречие и включился в работу, версии озвучены минимум тремя учениками</w:t>
      </w:r>
    </w:p>
    <w:p>
      <w:pPr>
        <w:spacing w:after="80" w:before="20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2. Актуализация знаний и пробное учебное действие (5 мин)</w:t>
      </w:r>
    </w:p>
    <w:p>
      <w:pPr>
        <w:spacing w:after="80" w:before="0" w:line="240" w:lineRule="auto"/>
      </w:pPr>
      <w:r>
        <w:rPr>
          <w:rFonts w:ascii="Times New Roman" w:hAnsi="Times New Roman" w:eastAsia="Times New Roman" w:cs="Times New Roman"/>
          <w:b w:val="0"/>
          <w:i/>
          <w:sz w:val="24"/>
        </w:rPr>
        <w:t>Цель этапа: Повторить климатообразующие факторы и пояса и столкнуть учеников с задачей, не решаемой прежним способом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Проводит блицопрос: «Назовите три главных климатообразующих фактора», «Чем основной пояс отличается от переходного?», «Сколько на Земле основных поясов и как они называются?»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Уточняет вопросом: «В каких широтах воздух поднимается и даёт ливни, а в каких опускается и даёт сушь?»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Даёт пробное действие: «Точка 20 градусов северной широты, 10 градусов восточной долготы. Опишите её климат: температура июля и января, годовое количество осадков, режим их выпадения. Карту поясов не открываем»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Отводит 2 минуты, затем собирает ответы и записывает на доске 3-4 разные версии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Ученики: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Отвечают на вопросы, называют факторы: широта, циркуляция атмосферы, подстилающая поверхность, течения, рельеф; Перечисляют пояса Земли от экватора к полюсам; Пробуют описать климат точки 20 с.ш. и записывают свою версию в тетрадь; Обнаруживают, что версии в классе расходятся.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Результат: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На доске записаны противоречащие версии по одной и той же точке, ученики видят рассогласование</w:t>
      </w:r>
    </w:p>
    <w:p>
      <w:pPr>
        <w:spacing w:after="80" w:before="20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3. Выявление места и причины затруднения (4 мин)</w:t>
      </w:r>
    </w:p>
    <w:p>
      <w:pPr>
        <w:spacing w:after="80" w:before="0" w:line="240" w:lineRule="auto"/>
      </w:pPr>
      <w:r>
        <w:rPr>
          <w:rFonts w:ascii="Times New Roman" w:hAnsi="Times New Roman" w:eastAsia="Times New Roman" w:cs="Times New Roman"/>
          <w:b w:val="0"/>
          <w:i/>
          <w:sz w:val="24"/>
        </w:rPr>
        <w:t>Цель этапа: Зафиксировать, каких именно знаний и умений не хватает для описания климата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Возвращает к записям на доске: «Почему у нас пять разных ответов про одну точку? Где именно мы остановились?»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Задаёт уточняющие вопросы: «Кто может назвать, какие пояса пересекают Африку с севера на юг? Кто скажет, сколько их?»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Выводит на экран климатограмму без подписи и просит определить, какому месту она принадлежит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Помогает оформить затруднение на доске в двух строках: «не знаем набор поясов Африки», «не умеем читать климатограмму без подписи»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Ученики: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Анализируют причины расхождения ответов; Признают, что называют пояса приблизительно, по памяти, без опоры на карту; Пробуют прочитать климатограмму и не могут связать столбики и линию с типом климата; Записывают в тетрадь две причины затруднения.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Результат: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В тетрадях и на доске записаны две конкретные причины затруднения</w:t>
      </w:r>
    </w:p>
    <w:p>
      <w:pPr>
        <w:spacing w:after="80" w:before="20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4. Построение проекта выхода из затруднения (5 мин)</w:t>
      </w:r>
    </w:p>
    <w:p>
      <w:pPr>
        <w:spacing w:after="80" w:before="0" w:line="240" w:lineRule="auto"/>
      </w:pPr>
      <w:r>
        <w:rPr>
          <w:rFonts w:ascii="Times New Roman" w:hAnsi="Times New Roman" w:eastAsia="Times New Roman" w:cs="Times New Roman"/>
          <w:b w:val="0"/>
          <w:i/>
          <w:sz w:val="24"/>
        </w:rPr>
        <w:t>Цель этапа: Сформулировать цель урока и составить план действий по её достижению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Спрашивает: «Какова тогда цель урока? Сформулируйте её глаголом: научиться...»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Уточняет формулировку до варианта: «Научиться характеризовать климат любой точки Африки по карте и климатограмме»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Организует составление плана вопросами: «С чего начнём? Что нам даст атлас? Что даст климатограмма? Чем закончим работу?»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Записывает на доске план из трёх пунктов: 1) выписать пояса Африки по климатической карте, 2) разобрать признаки климатограммы, 3) вывести алгоритм описания климата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Уточняет средства: атлас (климатическая карта Африки), климатограммы на слайде, параграф ____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Ученики: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Формулируют цель урока и записывают её в тетрадь; Предлагают шаги плана и обосновывают их порядок; Называют источники: атлас, климатограмма, текст учебника; Фиксируют план из трёх пунктов.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Результат: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На доске и в тетрадях зафиксированы цель и план из трёх пунктов</w:t>
      </w:r>
    </w:p>
    <w:p>
      <w:pPr>
        <w:spacing w:after="80" w:before="20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5. Реализация построенного проекта (8 мин)</w:t>
      </w:r>
    </w:p>
    <w:p>
      <w:pPr>
        <w:spacing w:after="80" w:before="0" w:line="240" w:lineRule="auto"/>
      </w:pPr>
      <w:r>
        <w:rPr>
          <w:rFonts w:ascii="Times New Roman" w:hAnsi="Times New Roman" w:eastAsia="Times New Roman" w:cs="Times New Roman"/>
          <w:b w:val="0"/>
          <w:i/>
          <w:sz w:val="24"/>
        </w:rPr>
        <w:t>Цель этапа: Открыть набор климатических поясов Африки и вывести алгоритм характеристики климата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Организует работу в парах по климатической карте атласа: «Выпишите пояса от экватора на север до Средиземного моря и от экватора на юг до мыса Игольного, укажите примерные широты границ»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Проверяет фронтально и достраивает на доске схему: экваториальный (около 5 с.ш. - 5 ю.ш.), субэкваториальные, тропические, субтропические на крайнем севере и юге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Задаёт вопрос на вывод: «Что заметили в расположении поясов относительно экватора?» и подводит к слову симметрия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Разбирает климатограмму по шагам: «Найдите температуру самого тёплого и самого холодного месяца, вычтите, получите амплитуду. Посмотрите, на какие месяцы приходятся столбики осадков. Сложите осадки за год»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Помогает оформить алгоритм из 4 шагов: 1) определить географическую широту и пояс по карте, 2) назвать температуры января и июля и амплитуду, 3) назвать годовое количество и режим осадков, 4) сделать вывод о типе климата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Даёт задание сверить открытое с параграфом ____: «Найдите в тексте, совпадает ли наш перечень поясов и наши цифры»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Ученики: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Работают в парах с климатической картой, выписывают пояса Африки в тетрадь в порядке от экватора; Отмечают симметричность поясов относительно экватора и объясняют её положением материка; Учатся снимать с климатограммы амплитуду и годовую сумму осадков; Записывают алгоритм из четырёх шагов; Сверяют записи с текстом параграфа ____ и вносят уточнения.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Результат: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В тетрадях у всех записаны семь поясов Африки и алгоритм из четырёх шагов, совпадающие с текстом параграфа</w:t>
      </w:r>
    </w:p>
    <w:p>
      <w:pPr>
        <w:spacing w:after="80" w:before="20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6. Первичное закрепление с проговариванием во внешней речи (6 мин)</w:t>
      </w:r>
    </w:p>
    <w:p>
      <w:pPr>
        <w:spacing w:after="80" w:before="0" w:line="240" w:lineRule="auto"/>
      </w:pPr>
      <w:r>
        <w:rPr>
          <w:rFonts w:ascii="Times New Roman" w:hAnsi="Times New Roman" w:eastAsia="Times New Roman" w:cs="Times New Roman"/>
          <w:b w:val="0"/>
          <w:i/>
          <w:sz w:val="24"/>
        </w:rPr>
        <w:t>Цель этапа: Отработать алгоритм на двух контрастных примерах с обязательным проговариванием вслух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Выводит климатограмму Киншасы и вызывает ученика к доске: «Работай по алгоритму, каждый шаг называй вслух»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Направляет вопросами: «Какая амплитуда получилась? Меньше трёх градусов, о чём это говорит? Есть ли месяц без дождя?»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Выводит климатограмму Каира и вызывает второго ученика, требует назвать амплитуду (около 15 градусов), сумму осадков (менее 30 мм) и месяцы их выпадения (зимние)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Просит класс работать контролёрами: «Поднимите руку, если пропущен шаг алгоритма»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Подводит итог сравнением: «Оба города в Африке, чем принципиально различаются их климатограммы?»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Ученики: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Двое учеников у доски характеризуют климат Киншасы и Каира по четырём шагам алгоритма; Называют вслух амплитуду, годовую сумму и режим осадков, делают вывод о поясе; Остальные следят за соблюдением шагов и дополняют пропущенное; Записывают краткую характеристику обоих городов в тетрадь.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Результат: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Два полных устных ответа по алгоритму, класс отметил и исправил пропущенные шаги</w:t>
      </w:r>
    </w:p>
    <w:p>
      <w:pPr>
        <w:spacing w:after="80" w:before="20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7. Самостоятельная работа с самопроверкой по эталону (5 мин)</w:t>
      </w:r>
    </w:p>
    <w:p>
      <w:pPr>
        <w:spacing w:after="80" w:before="0" w:line="240" w:lineRule="auto"/>
      </w:pPr>
      <w:r>
        <w:rPr>
          <w:rFonts w:ascii="Times New Roman" w:hAnsi="Times New Roman" w:eastAsia="Times New Roman" w:cs="Times New Roman"/>
          <w:b w:val="0"/>
          <w:i/>
          <w:sz w:val="24"/>
        </w:rPr>
        <w:t>Цель этапа: Проверить умение каждого определять пояс по климатограмме и организовать самооценку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Раздаёт карточки с двумя безымянными климатограммами: А (амплитуда около 2 градусов, осадки более 2000 мм равномерно) и Б (осадки 700 мм только летом, зима сухая)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Ставит задачу: «За 3 минуты по алгоритму определите пояс каждой климатограммы и запишите обоснование одной фразой»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Показывает слайд-эталон: А, экваториальный пояс, Б, субэкваториальный пояс с летним максимумом осадков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Просит поставить рядом с каждым ответом знак + или - и посчитать плюсы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Уточняет у ошибившихся: «На каком шаге алгоритма произошёл сбой?»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Ученики: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Самостоятельно определяют пояса по двум климатограммам и записывают обоснование; Сверяют ответы со слайдом-эталоном; Отмечают верные и неверные ответы знаками +/-; Называют шаг алгоритма, на котором допустили ошибку.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Результат: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У каждого в тетради два ответа со знаками +/-, учитель по поднятым рукам видит долю справившихся с обеими климатограммами</w:t>
      </w:r>
    </w:p>
    <w:p>
      <w:pPr>
        <w:spacing w:after="80" w:before="20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8. Включение в систему знаний и повторение (7 мин)</w:t>
      </w:r>
    </w:p>
    <w:p>
      <w:pPr>
        <w:spacing w:after="80" w:before="0" w:line="240" w:lineRule="auto"/>
      </w:pPr>
      <w:r>
        <w:rPr>
          <w:rFonts w:ascii="Times New Roman" w:hAnsi="Times New Roman" w:eastAsia="Times New Roman" w:cs="Times New Roman"/>
          <w:b w:val="0"/>
          <w:i/>
          <w:sz w:val="24"/>
        </w:rPr>
        <w:t>Цель этапа: Связать новое знание с ранее изученными течениями и рельефом, объяснить региональные различия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Ставит проблему: «Намиб выходит прямо к океану, а осадков там менее 20 мм в год. Как пустыня уживается с океаном рядом?»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Просит найти на карте атласа Бенгельское течение и определить его температуру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Подводит вопросом: «Что происходит с воздухом, когда он проходит над холодной водой? Поднимается ли он? Даст ли дождь?»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Организует сравнение по картам: «Сравните годовое количество осадков в тропическом поясе на востоке (побережье Индийского океана, Мозамбик) и на западе (Намиб). Объясните разницу через направление пассатов и температуру течений»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Предлагает записать вывод: западные побережья тропиков Африки сухие из-за холодных течений, восточные влажнее из-за пассатов с тёплого Индийского океана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Возвращает к фото начала урока: «Теперь объясните разницу между Конго и Сахарой одним предложением»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Ученики: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Находят Бенгельское течение и определяют его как холодное; Объясняют, что охлаждённый воздух не поднимается и осадков не даёт; Сравнивают западный и восточный тропический климат по картам и формулируют причины различий; Записывают вывод в тетрадь и отвечают на исходный вопрос урока о Конго и Сахаре.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Результат: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Ученики объясняют сухость Намиба через Бенгельское течение и дают ответ на стартовый вопрос урока</w:t>
      </w:r>
    </w:p>
    <w:p>
      <w:pPr>
        <w:spacing w:after="80" w:before="20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9. Рефлексия учебной деятельности (3 мин)</w:t>
      </w:r>
    </w:p>
    <w:p>
      <w:pPr>
        <w:spacing w:after="80" w:before="0" w:line="240" w:lineRule="auto"/>
      </w:pPr>
      <w:r>
        <w:rPr>
          <w:rFonts w:ascii="Times New Roman" w:hAnsi="Times New Roman" w:eastAsia="Times New Roman" w:cs="Times New Roman"/>
          <w:b w:val="0"/>
          <w:i/>
          <w:sz w:val="24"/>
        </w:rPr>
        <w:t>Цель этапа: Соотнести результат урока с поставленной целью и зафиксировать затруднения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Выводит на экран три незаконченные фразы: «Цель урока была...», «Алгоритм включает...», «Труднее всего было определить...»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Просит 4-5 учеников достроить фразы устно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Спрашивает: «Кто получил два плюса в самостоятельной работе? Кто один? Над каким шагом стоит поработать дома?»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Комментирует работу класса, называет фамилии отвечавших у доски и в паре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Озвучивает домашнее задание и поясняет условие задания по выбору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Ученики: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Достраивают фразы, называя цель, четыре шага алгоритма и трудный момент; Оценивают свой результат по количеству плюсов в самостоятельной работе; Записывают домашнее задание.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Результат: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Ученики называют цель и все четыре шага алгоритма, каждый указал личное затруднение</w:t>
      </w:r>
    </w:p>
    <w:p>
      <w:pPr>
        <w:spacing w:after="80" w:before="24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Домашнее задание</w:t>
      </w:r>
    </w:p>
    <w:p>
      <w:pPr>
        <w:spacing w:after="12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Базовое: параграф ____, вопросы ____ в конце параграфа; на контурной карте Африки подписать климатические пояса и обозначить Бенгельское течение. По желанию: составить климатограмму-загадку для одноклассника (только график без названия города) и приложить к ней ответ с обоснованием по алгоритму из четырёх шагов.</w:t>
      </w:r>
    </w:p>
    <w:p>
      <w:pPr>
        <w:spacing w:after="80" w:before="16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Источники и материалы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1. Коринская В. А., Душина И. В., Щенев В. А. География материков и океанов. 7 класс. М.: Дрофа, параграф ____, с. ____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2. Атлас по географии, 7 класс: климатическая карта Африки, карта течений Мирового океана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3. Рабочая тетрадь и контурные карты по географии, 7 класс, с. ____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4. Душина И. В. Методическое пособие к учебнику «География материков и океанов», 7 класс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5. Климатограммы Киншасы, Каира, Мозамбика и Уолфиш-Бея (подборка учителя в презентации)</w:t>
      </w:r>
    </w:p>
    <w:p>
      <w:pPr>
        <w:spacing w:after="80" w:before="240" w:line="240" w:lineRule="auto"/>
      </w:pPr>
      <w:r>
        <w:rPr>
          <w:rFonts w:ascii="Times New Roman" w:hAnsi="Times New Roman" w:eastAsia="Times New Roman" w:cs="Times New Roman"/>
          <w:b w:val="0"/>
          <w:i/>
          <w:color w:val="7F7F7F"/>
          <w:sz w:val="18"/>
        </w:rPr>
        <w:t>Конспект собран из технологической карты сервисом oformka.ru.</w:t>
      </w:r>
    </w:p>
    <w:sectPr w:rsidR="00FC693F" w:rsidRPr="0006063C" w:rsidSect="00034616">
      <w:pgSz w:w="12240" w:h="15840"/>
      <w:pgMar w:top="850" w:right="1134" w:bottom="85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