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География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7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Климат Африки: климатические пояса и типы климата материка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Коринская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Организовать открытие учениками способа характеристики климата Африки по климатическим поясам на основе климатической карты и климатограмм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знание о наборе климатических поясов Африки (экваториальный, два субэкваториальных, два тропических, два субтропических) и их симметрии относительно экватора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читать климатограмму: определять годовую амплитуду температур, режим и количество осадков, делать вывод о поясе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Вывести с учениками алгоритм характеристики климата территории из четырёх шагов и закрепить его на примерах Киншасы и Каира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влияние постоянных ветров, поясов давления и холодного Бенгельского течения на распределение осадков в Африке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сопоставлять климатическую карту атласа, климатограмму и текст параграфа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выявлять причинно-следственные связи: положение в поясах давления, осадки, тип климата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речь через проговаривание алгоритма вслух у доски с опорой на цифры климатограммы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аккуратность в работе с картой и цифровыми данными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готовность признать ошибку при сверке с эталоном и исправить её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интерес к природе Африки и уважение к условиям жизни людей в разных климатических поясах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и показывают на карте климатические пояса Африки в порядке от экватора к северу и югу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Определяют тип климата по безымянной климатограмме, опираясь на амплитуду температур и режим осадков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Объясняют, почему пустыня Намиб суше внутренних районов тропического пояса, ссылаясь на Бенгельское течение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Сравнивают тропический климат западной и восточной частей материка по влажности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извлекают информацию из климатической карты и климатограммы и переводят её в связный вывод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формулируют цель урока после фиксации затруднения и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работают в паре, распределяют роли и слушают ответ товарища у доски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строят алгоритм действий и применяют его к новым объектам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ценность точного знания при работе с картографическими источниками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результат без завышения, отмечая ошибки знаками +/-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географическим различиям внутри одного материка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климатообразующие факторы, климатический пояс, основной и переходный пояс, климатограмма, годовая амплитуда температур, режим осадков, пассаты, экваториальный, субэкваториальный, тропический, субтропический климат, Бенгельское течение, пустыня Намиб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Физическая и климатическая карты Африки (настенные), Атласы по географии, 7 класс, с климатической картой Африки, Учебник: Коринская В. А., Душина И. В., Щенев В. А. «География материков и океанов», 7 класс, параграф ____, Презентация: фото ливня в бассейне Конго и барханов Сахары, климатограммы Киншасы, Каира и две безымянные, слайд-эталон, Карточки с заготовкой алгоритма и контурные карты Африки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вопрос и создание ситуации затруднения, Работа с климатической картой атласа и климатограммами, Эвристическая беседа с системой наводящих вопросов, Составление алгоритма и его проговаривание во внешней речи, Самопроверка по эталону, Сравнительный анализ (запад и восток тропического пояса)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интерес к теме через противоречие между двумя изображениями одного материка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два фото: тропический ливень в бассейне Конго и барханы Сахары, подписи скрыты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«Оба снимка сделаны в Африке. Как на одном материке уживаются 2000 мм осадков в год и места, где дождя не было три года?»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Сообщает годовые суммы осадков: Конго около 1800 мм, центр Сахары менее 50 мм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Предлагает: «К концу урока каждый должен уметь объяснить эту разницу одним предложением»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Рассматривают снимки и высказывают предположения о причинах различий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версии: разная широта, разное количество тепла, влияние океана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тетрадь дату и тему урока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проявляют интерес к географическому противоречию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предположение и слушают версии одноклассников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сформулировал противоречие и включился в работу, версии озвучены минимум тремя учениками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климатообразующие факторы и пояса и столкнуть учеников с задачей, не решаемой прежним способом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блицопрос: «Назовите три главных климатообразующих фактора», «Чем основной пояс отличается от переходного?», «Сколько на Земле основных поясов и как они называются?»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вопросом: «В каких широтах воздух поднимается и даёт ливни, а в каких опускается и даёт сушь?»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действие: «Точка 20 градусов северной широты, 10 градусов восточной долготы. Опишите её климат: температура июля и января, годовое количество осадков, режим их выпадения. Карту поясов не открываем»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Отводит 2 минуты, затем собирает ответы и записывает на доске 3-4 разные версии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вопросы, называют факторы: широта, циркуляция атмосферы, подстилающая поверхность, течения, рельеф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Перечисляют пояса Земли от экватора к полюсам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Пробуют описать климат точки 20 с.ш. и записывают свою версию в тетрадь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Обнаруживают, что версии в классе расходятся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изученные понятия и применяют их к новой точке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результат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ответ понятно для класса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записаны противоречащие версии по одной и той же точке, ученики видят рассогласование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Зафиксировать, каких именно знаний и умений не хватает для описания климата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записям на доске: «Почему у нас пять разных ответов про одну точку? Где именно мы остановились?»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уточняющие вопросы: «Кто может назвать, какие пояса пересекают Африку с севера на юг? Кто скажет, сколько их?»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экран климатограмму без подписи и просит определить, какому месту она принадлежит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оформить затруднение на доске в двух строках: «не знаем набор поясов Африки», «не умеем читать климатограмму без подписи»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Анализируют причины расхождения ответов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Признают, что называют пояса приблизительно, по памяти, без опоры на карту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Пробуют прочитать климатограмму и не могут связать столбики и линию с типом климата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тетрадь две причины затруднения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определяют границу знания и незнания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причину ошибки в собственном действии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точно формулируют, чего не хватает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и на доске записаны две конкретные причины затруднения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составить план действий по её достижению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«Какова тогда цель урока? Сформулируйте её глаголом: научиться...»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формулировку до варианта: «Научиться характеризовать климат любой точки Африки по карте и климатограмме»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составление плана вопросами: «С чего начнём? Что нам даст атлас? Что даст климатограмма? Чем закончим работу?»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план из трёх пунктов: 1) выписать пояса Африки по климатической карте, 2) разобрать признаки климатограммы, 3) вывести алгоритм описания климата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средства: атлас (климатическая карта Африки), климатограммы на слайде, параграф ____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 урока и записывают её в тетрадь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шаги плана и обосновывают их порядок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источники: атлас, климатограмма, текст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Фиксируют план из трёх пунктов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цель и планируют последовательность действий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выбирают источники информации под задачу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об общей формулировке цели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и в тетрадях зафиксированы цель и план из трёх пунктов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Открыть набор климатических поясов Африки и вывести алгоритм характеристики климата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работу в парах по климатической карте атласа: «Выпишите пояса от экватора на север до Средиземного моря и от экватора на юг до мыса Игольного, укажите примерные широты границ»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Проверяет фронтально и достраивает на доске схему: экваториальный (около 5 с.ш. - 5 ю.ш.), субэкваториальные, тропические, субтропические на крайнем севере и юге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 на вывод: «Что заметили в расположении поясов относительно экватора?» и подводит к слову симметрия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Разбирает климатограмму по шагам: «Найдите температуру самого тёплого и самого холодного месяца, вычтите, получите амплитуду. Посмотрите, на какие месяцы приходятся столбики осадков. Сложите осадки за год»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оформить алгоритм из 4 шагов: 1) определить географическую широту и пояс по карте, 2) назвать температуры января и июля и амплитуду, 3) назвать годовое количество и режим осадков, 4) сделать вывод о типе климата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сверить открытое с параграфом ____: «Найдите в тексте, совпадает ли наш перечень поясов и наши цифры»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Работают в парах с климатической картой, выписывают пояса Африки в тетрадь в порядке от экватора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симметричность поясов относительно экватора и объясняют её положением материка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Учатся снимать с климатограммы амплитуду и годовую сумму осадков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алгоритм из четырёх шагов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записи с текстом параграфа ____ и вносят уточнения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преобразуют информацию карты и графика в схему и алгоритм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действуют по составленному плану и сверяют результат с учебником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распределяют работу в паре и согласуют записи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у всех записаны семь поясов Африки и алгоритм из четырёх шагов, совпадающие с текстом параграфа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Отработать алгоритм на двух контрастных примерах с обязательным проговариванием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 у доски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климатограмму Киншасы и вызывает ученика к доске: «Работай по алгоритму, каждый шаг называй вслух»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Направляет вопросами: «Какая амплитуда получилась? Меньше трёх градусов, о чём это говорит? Есть ли месяц без дождя?»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климатограмму Каира и вызывает второго ученика, требует назвать амплитуду (около 15 градусов), сумму осадков (менее 30 мм) и месяцы их выпадения (зимние)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класс работать контролёрами: «Поднимите руку, если пропущен шаг алгоритма»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итог сравнением: «Оба города в Африке, чем принципиально различаются их климатограммы?»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Двое учеников у доски характеризуют климат Киншасы и Каира по четырём шагам алгоритма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вслух амплитуду, годовую сумму и режим осадков, делают вывод о поясе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Остальные следят за соблюдением шагов и дополняют пропущенное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краткую характеристику обоих городов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алгоритм к конкретным климатограммам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развёрнутый устный ответ с опорой на цифры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полноту ответа товарища по алгоритму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Два полных устных ответа по алгоритму, класс отметил и исправил пропущенные шаги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каждого определять пояс по климатограмме и организовать самооценку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 с двумя безымянными климатограммами: А (амплитуда около 2 градусов, осадки более 2000 мм равномерно) и Б (осадки 700 мм только летом, зима сухая)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задачу: «За 3 минуты по алгоритму определите пояс каждой климатограммы и запишите обоснование одной фразой»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слайд-эталон: А, экваториальный пояс, Б, субэкваториальный пояс с летним максимумом осадков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поставить рядом с каждым ответом знак + или - и посчитать плюсы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у ошибившихся: «На каком шаге алгоритма произошёл сбой?»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Самостоятельно определяют пояса по двум климатограммам и записывают обоснование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ответы со слайдом-эталоном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верные и неверные ответы знаками +/-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шаг алгоритма, на котором допустили ошибку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самостоятельно и сверяют её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удерживают алгоритм при работе с новым материалом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честно оценивают собственный результат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в тетради два ответа со знаками +/-, учитель по поднятым рукам видит долю справившихся с обеими климатограммами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Связать новое знание с ранее изученными течениями и рельефом, объяснить региональные различия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проблему: «Намиб выходит прямо к океану, а осадков там менее 20 мм в год. Как пустыня уживается с океаном рядом?»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найти на карте атласа Бенгельское течение и определить его температуру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вопросом: «Что происходит с воздухом, когда он проходит над холодной водой? Поднимается ли он? Даст ли дождь?»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сравнение по картам: «Сравните годовое количество осадков в тропическом поясе на востоке (побережье Индийского океана, Мозамбик) и на западе (Намиб). Объясните разницу через направление пассатов и температуру течений»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записать вывод: западные побережья тропиков Африки сухие из-за холодных течений, восточные влажнее из-за пассатов с тёплого Индийского океана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фото начала урока: «Теперь объясните разницу между Конго и Сахарой одним предложением»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Бенгельское течение и определяют его как холодное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охлаждённый воздух не поднимается и осадков не даёт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западный и восточный тропический климат по картам и формулируют причины различий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вывод в тетрадь и отвечают на исходный вопрос урока о Конго и Сахаре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причинно-следственные связи между течением, воздушной массой и осадками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вывод со ссылкой на карту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полученный ответ с вопросом, поставленным в начале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объясняют сухость Намиба через Бенгельское течение и дают ответ на стартовый вопрос урока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урока с поставленной целью и зафиксировать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экран три незаконченные фразы: «Цель урока была...», «Алгоритм включает...», «Труднее всего было определить...»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4-5 учеников достроить фразы устно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«Кто получил два плюса в самостоятельной работе? Кто один? Над каким шагом стоит поработать дома?»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работу класса, называет фамилии отвечавших у доски и в паре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Озвучивает домашнее задание и поясняет условие задания по выбору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Достраивают фразы, называя цель, четыре шага алгоритма и трудный момент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Оценивают свой результат по количеству плюсов в самостоятельной работе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целью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осознают, какой именно шаг требует доработки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оценочное суждение о собственной работе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называют цель и все четыре шага алгоритма, каждый указал личное затруднение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параграф ____, вопросы ____ в конце параграфа; на контурной карте Африки подписать климатические пояса и обозначить Бенгельское течение. По желанию: составить климатограмму-загадку для одноклассника (только график без названия города) и приложить к ней ответ с обоснованием по алгоритму из четырёх шагов.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Коринская В. А., Душина И. В., Щенев В. А. География материков и океанов. 7 класс. М.: Дрофа, параграф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Атлас по географии, 7 класс: климатическая карта Африки, карта течений Мирового океана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тетрадь и контурные карты по географии, 7 класс,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Душина И. В. Методическое пособие к учебнику «География материков и океанов», 7 класс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Климатограммы Киншасы, Каира, Мозамбика и Уолфиш-Бея (подборка учителя в презентации)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