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Химия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8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Типы химических реакций: соединение, разложение, замещение, обмен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Обобщение и систематизация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Габриелян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Систематизировать знания о четырёх типах химических реакций и научиться определять тип реакции по схеме уравнения в незнакомых примерах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Привести в систему признаки реакций соединения, разложения, замещения и обмена через сводную таблицу «схема, число реагентов, пример, признак»; Отработать умение относить уравнение к типу по числу и составу реагентов и продуктов, включая случаи 2Al+3H2SO4=Al2(SO4)3+3H2 и Fe2O3+3CO=2Fe+3CO2; Закрепить умение расставлять коэффициенты и находить ошибку в уже расставленных коэффициентах.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классифицировать объекты по нескольким признакам одновременно; Развивать умение переносить известный алгоритм на незнакомые уравнения (CH4+2O2, 2KMnO4=K2MnO4+MnO2+O2); Развивать химическую речь: проговаривание уравнения словами и обоснование выбора типа.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в записи химических формул и уравнений; Формировать умение слушать аргумент партнёра в паре и признавать ошибку при взаимопроверке; Поддерживать интерес к наблюдаемым химическим превращениям на примере опыта с гвоздём в растворе CuSO4.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Различают четыре типа реакций по схемам A+B=AB, AB=A+B, A+BC=AC+B, AB+CD=AD+CB; Определяют тип реакции по готовому уравнению и дописывают продукт в схеме реакции замещения и обмена; Расставляют коэффициенты и проверяют их по числу атомов каждого элемента.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систематизируют материал в таблице и находят общий признак группы уравнений; Коммуникативные: обсуждают спорные карточки в паре и формулируют доказательство своей классификации; Регулятивные: сверяют результат с эталоном и ключом, отмечают и исправляют ошибки.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Оценивают собственный уровень усвоения темы и называют, какой тип реакции вызывал затруднение; Проявляют готовность довести классификацию до конца, не отбрасывая спорные случаи.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Штатив с пробирками, раствор сульфата меди(II), железный гвоздь, фильтровальная бумага, Проектор, слайд с эталоном сводной таблицы и ключом к тесту, Печатные бланки таблицы «Типы химических реакций» на каждого ученика, Комплекты из 12 карточек с уравнениями на каждую парту, Бланки теста из 6 заданий, ручки двух цветов для взаимопроверки, Учебник О. С. Габриеляна «Химия. 8 класс», периодическая таблица, таблица растворимости.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Химическая реакция, Реакция соединения, Реакция разложения, Реакция замещения, Реакция обмена, Реагенты и продукты, Коэффициент, Простое и сложное вещество.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интерес к теме через наблюдаемое превращение и поставить учебную задачу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Опускает очищенный железный гвоздь в пробирку с раствором CuSO4, показывает заранее подготовленный гвоздь, пролежавший в растворе 15 минут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«Почему гвоздь порыжел, а голубой раствор побледнел?»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схему Fe+CuSO4=FeSO4+Cu и задаёт вопрос: «К какому типу вы отнесёте эту реакцию и по какому признаку?»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задачу урока: «Сегодня приводим в систему все четыре типа реакций и учимся узнавать тип в незнакомом уравнении»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Наблюдают за изменением цвета гвоздя и раствора, называют признаки реакции; Высказывают предположения о типе реакции, опираясь на состав реагентов; Принимают учебную задачу и записывают тему урока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наблюдаемые признаки реакции и формулирует вопрос урока: как определять тип реакции; тема записана в тетрадях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фиксация затруднений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в памяти схемы четырёх типов и выявить, где определение типа даёт сбой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быстрый фронтальный опрос по слайду: «Какой тип отвечает схеме A+B=AB? А схеме AB+CD=AD+CB?»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привести устно по одному примеру на соединение (CaO+H2O=Ca(OH)2) и на разложение (CaCO3=CaO+CO2)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доску два уравнения: 2Al+3H2SO4=Al2(SO4)3+3H2 и Fe2O3+3CO=2Fe+3CO2, просит определить тип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расхождение ответов и вопрос: «Почему в первом уравнении два вещества дают два вещества, но это не обмен?»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к выводу: смотреть надо не только на число веществ, но и на то, простые они или сложные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 по схемам, соотносят схему и название типа; Приводят собственные примеры реакций соединения и разложения; Определяют тип двух предложенных уравнений, обнаруживают разногласия в ответах; Формулируют затруднение: числа реагентов недостаточно, нужен признак «простое или сложное вещество».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зафиксированы два спорных уравнения и вывод о втором признаке классификации; ученики осознают, чего им не хватает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Обобщение и систематизация знаний (12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Свести признаки четырёх типов реакций в одну рабочую таблицу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бланк таблицы с колонками: тип реакции, схема, число и характер реагентов, пример с коэффициентами, отличительный признак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заполнение по строкам, задавая опорные вопросы: «Сколько веществ вступает в реакцию разложения и сколько образуется?», «Обязательно ли в замещении участвует простое вещество?»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вписать в примеры уравнения 4P+5O2=2P2O5, 2H2O=2H2+O2, Zn+CuCl2=ZnCl2+Cu, NaOH+HCl=NaCl+H2O и проверить коэффициенты по числу атомов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спорным уравнениям этапа 2 и просит вписать 2Al+3H2SO4 и Fe2O3+3CO в нужные строки таблицы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слайде эталон таблицы и организует сверку, отмечая типичную ошибку: путают обмен и замещение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Заполняют строки таблицы, формулируя признак каждого типа своими словами; Проверяют расстановку коэффициентов, пересчитывая атомы каждого элемента слева и справа; Относят 2Al+3H2SO4=Al2(SO4)3+3H2 к замещению, Fe2O3+3CO=2Fe+3CO2 к замещению и обосновывают выбор; Сверяют таблицу с эталоном и цветной ручкой дописывают недостающее.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заполнена таблица из четырёх строк, совпадающая с эталоном; спорные уравнения размещены верно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Применение знаний в новой ситуации (12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Перенести признаки классификации на незнакомые уравнения при сортировке карточек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на парту комплект из 12 карточек: CH4+2O2=CO2+2H2O, 2KMnO4=K2MnO4+MnO2+O2, Zn+2HCl=ZnCl2+H2, BaCl2+H2SO4=BaSO4+2HCl, N2+3H2=2NH3, 2HgO=2Hg+O2, Fe+2HCl, CuO+H2=Cu+H2O, AgNO3+NaCl, SO3+H2O=H2SO4, Cu(OH)2=CuO+H2O, 2Na+Cl2=2NaCl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задачу: «Разложите карточки на четыре группы по типу реакции, спорные отложите в отдельную стопку»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Подходит к парам, задаёт наводящие вопросы: «Сколько веществ образовалось в реакции разложения KMnO4 и мешает ли это отнести её к разложению?», «Почему горение метана не относят ни к соединению, ни к обмену по школьной классификации?»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обсуждение спорных карточек у доски: CH4+2O2 и 2KMnO4=K2MnO4+MnO2+O2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дописать продукты в двух незавершённых карточках: Fe+2HCl=____ и AgNO3+NaCl=____ и указать тип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Сортируют карточки на четыре группы, проговаривая признак вслух партнёру; Откладывают спорные уравнения и обсуждают их в паре, приводя доводы за каждый вариант; Дописывают продукты: Fe+2HCl=FeCl2+H2 (замещение) и AgNO3+NaCl=AgCl+NaNO3 (обмен); Защищают классификацию у доски, исправляют ошибки других пар.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пара распределила 12 карточек по группам, спорные разобраны у доски; дописанные продукты и типы записаны в тетради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Контроль усвоения и коррекция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определять тип, дописывать продукт и находить ошибку в коэффициентах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бланки теста из 6 заданий: 1) определить тип 2Mg+O2=2MgO; 2) определить тип 2Fe(OH)3=Fe2O3+3H2O; 3) определить тип Mg+2HCl=MgCl2+H2; 4) дописать продукты KOH+HNO3=____ и указать тип; 5) дописать продукты Ca+2H2O=____ и указать тип; 6) найти ошибку в записи Al+3O2=Al2O3 и исправить коэффициенты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Оговаривает время: «На тест 5 минут, работаем самостоятельно, таблицей пользоваться можно»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ключ и вводит критерии: 6 верных «5», 5 верных «4», 4 верных «3»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взаимопроверку в парах ручкой другого цвета и сбор данных: «Поднимите руку, кто ошибся в задании 6»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у доски задание 6: 4Al+3O2=2Al2O3, пересчитывая атомы алюминия и кислорода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шесть заданий теста самостоятельно на бланке; Обмениваются бланками, проверяют работу соседа по ключу и выставляют количество верных ответов; Отмечают собственные ошибки и записывают верный вариант рядом; Участвуют в разборе задания с коэффициентами, проверяют баланс атомов.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проверенный бланк с числом верных ответов; учитель по поднятым рукам видит, какие задания вызвали затруднение, и разбирает их сразу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Рефлексия и подведение итогов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Осознать личное продвижение по теме и зафиксировать домашнее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вопросу урока о гвозде в растворе CuSO4 и просит назвать тип реакции с обоснованием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каждому по цепочке продолжить фразу: «В начале урока я путал реакции ____, теперь мой пример на этот тип: ____»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пары, которые точнее всех разобрали спорные карточки, комментирует отметки за тест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домашнее задание и поясняет задание по желанию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тип реакции Fe+CuSO4=FeSO4+Cu (замещение) и признак, по которому его определили; Называют тип, вызывавший затруднение, и приводят собственный пример уравнения на него; Записывают домашнее задание, уточняют требования к выполнению.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назвал проблемный тип и привёл свой пример; домашнее задание записано в дневниках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параграф ____ учебника О. С. Габриеляна «Химия. 8 класс», упр. ____ письменно; выписать в тетрадь по два своих уравнения на каждый из четырёх типов реакций с расставленными коэффициентами. По желанию: составить и оформить на листе А4 схему-кластер «Как определить тип реакции» в виде цепочки вопросов (сколько веществ вступило, простые они или сложные) или подобрать три примера реакций, встречающихся в быту, и указать их тип.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Габриелян О. С. Химия. 8 класс: учебник. М.: Просвещение (Дрофа), параграфы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Габриелян О. С., Воскобойникова Н. П. Настольная книга учителя химии. 8 класс: поурочное планирование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к учебнику О. С. Габриеляна «Химия. 8 класс», задания на классификацию реакций,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Таблица растворимости кислот, оснований и солей в воде; периодическая система Д. И. Менделеева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Комплект дидактических карточек с уравнениями и слайд-эталон сводной таблицы (разработка учителя)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