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Технологическая карта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Предмет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Химия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Класс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8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Тема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Типы химических реакций: соединение, разложение, замещение, обмен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Тип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Обобщение и систематизация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УМК, учебник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Габриелян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Длительность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45 минут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Учитель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____________________________________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Дата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«____» ______________ 20____ г.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Цель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Систематизировать знания о четырёх типах химических реакций и научиться определять тип реакции по схеме уравнения в незнакомых примерах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Задачи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Обучающие: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Привести в систему признаки реакций соединения, разложения, замещения и обмена через сводную таблицу «схема, число реагентов, пример, признак»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Отработать умение относить уравнение к типу по числу и составу реагентов и продуктов, включая случаи 2Al+3H2SO4=Al2(SO4)3+3H2 и Fe2O3+3CO=2Fe+3CO2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Закрепить умение расставлять коэффициенты и находить ошибку в уже расставленных коэффициентах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Развивающие: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классифицировать объекты по нескольким признакам одновременно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переносить известный алгоритм на незнакомые уравнения (CH4+2O2, 2KMnO4=K2MnO4+MnO2+O2)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химическую речь: проговаривание уравнения словами и обоснование выбора типа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Воспитательные: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Воспитывать аккуратность в записи химических формул и уравнений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умение слушать аргумент партнёра в паре и признавать ошибку при взаимопроверке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Поддерживать интерес к наблюдаемым химическим превращениям на примере опыта с гвоздём в растворе CuSO4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Планируемые результаты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Различают четыре типа реакций по схемам A+B=AB, AB=A+B, A+BC=AC+B, AB+CD=AD+CB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Определяют тип реакции по готовому уравнению и дописывают продукт в схеме реакции замещения и обмена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Расставляют коэффициенты и проверяют их по числу атомов каждого элемента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Метапредметные: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Познавательные: систематизируют материал в таблице и находят общий признак группы уравнений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Коммуникативные: обсуждают спорные карточки в паре и формулируют доказательство своей классификации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Регулятивные: сверяют результат с эталоном и ключом, отмечают и исправляют ошибки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Личностные: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Оценивают собственный уровень усвоения темы и называют, какой тип реакции вызывал затруднение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Проявляют готовность довести классификацию до конца, не отбрасывая спорные случаи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Основные понятия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Химическая реакция, Реакция соединения, Реакция разложения, Реакция замещения, Реакция обмена, Реагенты и продукты, Коэффициент, Простое и сложное вещество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Оборудование и материалы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Штатив с пробирками, раствор сульфата меди(II), железный гвоздь, фильтровальная бумага, Проектор, слайд с эталоном сводной таблицы и ключом к тесту, Печатные бланки таблицы «Типы химических реакций» на каждого ученика, Комплекты из 12 карточек с уравнениями на каждую парту, Бланки теста из 6 заданий, ручки двух цветов для взаимопроверки, Учебник О. С. Габриеляна «Химия. 8 класс», периодическая таблица, таблица растворимости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Формы работы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Фронтальная, Парная, Индивидуальная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Методы и приёмы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Демонстрационный химический эксперимент, Эвристическая беседа с проблемным вопросом, Составление сводной таблицы и сверка с эталоном, Классификация дидактических карточек (приём «Сортировка»), Тест с взаимопроверкой по ключу</w:t>
            </w:r>
          </w:p>
        </w:tc>
      </w:tr>
    </w:tbl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tblHeader w:val="true"/>
        </w:trPr>
        <w:tc>
          <w:tcPr>
            <w:tcW w:type="dxa" w:w="510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2041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Этап урока, время</w:t>
            </w:r>
          </w:p>
        </w:tc>
        <w:tc>
          <w:tcPr>
            <w:tcW w:type="dxa" w:w="408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учителя</w:t>
            </w:r>
          </w:p>
        </w:tc>
        <w:tc>
          <w:tcPr>
            <w:tcW w:type="dxa" w:w="340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обучающихся</w:t>
            </w:r>
          </w:p>
        </w:tc>
        <w:tc>
          <w:tcPr>
            <w:tcW w:type="dxa" w:w="2948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Формируемые УУД</w:t>
            </w:r>
          </w:p>
        </w:tc>
        <w:tc>
          <w:tcPr>
            <w:tcW w:type="dxa" w:w="2154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Результат этапа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Мотивация к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Создать интерес к теме через наблюдаемое превращение и поставить учебную задачу урока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Опускает очищенный железный гвоздь в пробирку с раствором CuSO4, показывает заранее подготовленный гвоздь, пролежавший в растворе 15 минут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«Почему гвоздь порыжел, а голубой раствор побледнел?»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на доске схему Fe+CuSO4=FeSO4+Cu и задаёт вопрос: «К какому типу вы отнесёте эту реакцию и по какому признаку?»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Формулирует задачу урока: «Сегодня приводим в систему все четыре типа реакций и учимся узнавать тип в незнакомом уравнении»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Наблюдают за изменением цвета гвоздя и раствора, называют признаки реакции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Высказывают предположения о типе реакции, опираясь на состав реагентов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Принимают учебную задачу и записывают тему урока в тетрадь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принимают учебную задачу, сформулированную на основе наблюдения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устанавливают связь между наблюдаемым признаком и записью уравнения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называет наблюдаемые признаки реакции и формулирует вопрос урока: как определять тип реакции; тема записана в тетрадях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Актуализация знаний и фиксация затруднений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7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Восстановить в памяти схемы четырёх типов и выявить, где определение типа даёт сбой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Проводит быстрый фронтальный опрос по слайду: «Какой тип отвечает схеме A+B=AB? А схеме AB+CD=AD+CB?»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привести устно по одному примеру на соединение (CaO+H2O=Ca(OH)2) и на разложение (CaCO3=CaO+CO2)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Выводит на доску два уравнения: 2Al+3H2SO4=Al2(SO4)3+3H2 и Fe2O3+3CO=2Fe+3CO2, просит определить тип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Фиксирует расхождение ответов и вопрос: «Почему в первом уравнении два вещества дают два вещества, но это не обмен?»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Подводит к выводу: смотреть надо не только на число веществ, но и на то, простые они или сложные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Отвечают на вопросы по схемам, соотносят схему и название типа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Приводят собственные примеры реакций соединения и разложения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Определяют тип двух предложенных уравнений, обнаруживают разногласия в ответах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затруднение: числа реагентов недостаточно, нужен признак «простое или сложное вещество»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сопоставляют символьную схему и конкретное уравнение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фиксируют границу своего знания и причину ошибки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аргументируют ответ, используя химическую терминологию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зафиксированы два спорных уравнения и вывод о втором признаке классификации; ученики осознают, чего им не хватает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3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Обобщение и систематизация знаний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12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Свести признаки четырёх типов реакций в одну рабочую таблицу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бланк таблицы с колонками: тип реакции, схема, число и характер реагентов, пример с коэффициентами, отличительный признак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заполнение по строкам, задавая опорные вопросы: «Сколько веществ вступает в реакцию разложения и сколько образуется?», «Обязательно ли в замещении участвует простое вещество?»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вписать в примеры уравнения 4P+5O2=2P2O5, 2H2O=2H2+O2, Zn+CuCl2=ZnCl2+Cu, NaOH+HCl=NaCl+H2O и проверить коэффициенты по числу атомов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 к спорным уравнениям этапа 2 и просит вписать 2Al+3H2SO4 и Fe2O3+3CO в нужные строки таблицы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Открывает на слайде эталон таблицы и организует сверку, отмечая типичную ошибку: путают обмен и замещение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Заполняют строки таблицы, формулируя признак каждого типа своими словами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Проверяют расстановку коэффициентов, пересчитывая атомы каждого элемента слева и справа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Относят 2Al+3H2SO4=Al2(SO4)3+3H2 к замещению, Fe2O3+3CO=2Fe+3CO2 к замещению и обосновывают выбор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таблицу с эталоном и цветной ручкой дописывают недостающее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классифицируют объекты по двум признакам и оформляют результат в таблице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сверяют заполненную таблицу с эталоном и вносят исправления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формулируют признак типа в краткой и точной форме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 каждого ученика заполнена таблица из четырёх строк, совпадающая с эталоном; спорные уравнения размещены верно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4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Применение знаний в новой ситуации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12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Перенести признаки классификации на незнакомые уравнения при сортировке карточек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парная,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на парту комплект из 12 карточек: CH4+2O2=CO2+2H2O, 2KMnO4=K2MnO4+MnO2+O2, Zn+2HCl=ZnCl2+H2, BaCl2+H2SO4=BaSO4+2HCl, N2+3H2=2NH3, 2HgO=2Hg+O2, Fe+2HCl, CuO+H2=Cu+H2O, AgNO3+NaCl, SO3+H2O=H2SO4, Cu(OH)2=CuO+H2O, 2Na+Cl2=2NaCl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Ставит задачу: «Разложите карточки на четыре группы по типу реакции, спорные отложите в отдельную стопку»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Подходит к парам, задаёт наводящие вопросы: «Сколько веществ образовалось в реакции разложения KMnO4 и мешает ли это отнести её к разложению?», «Почему горение метана не относят ни к соединению, ни к обмену по школьной классификации?»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обсуждение спорных карточек у доски: CH4+2O2 и 2KMnO4=K2MnO4+MnO2+O2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дописать продукты в двух незавершённых карточках: Fe+2HCl=____ и AgNO3+NaCl=____ и указать тип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Сортируют карточки на четыре группы, проговаривая признак вслух партнёру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Откладывают спорные уравнения и обсуждают их в паре, приводя доводы за каждый вариант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Дописывают продукты: Fe+2HCl=FeCl2+H2 (замещение) и AgNO3+NaCl=AgCl+NaNO3 (обмен)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Защищают классификацию у доски, исправляют ошибки других пар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применяют признак классификации к новым, не разобранным ранее уравнениям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обсуждают спорный случай в паре и приходят к общему решению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контролируют полноту работы, отделяя решённое от спорного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Каждая пара распределила 12 карточек по группам, спорные разобраны у доски; дописанные продукты и типы записаны в тетради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5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Контроль усвоения и коррекция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8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Проверить умение определять тип, дописывать продукт и находить ошибку в коэффициентах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бланки теста из 6 заданий: 1) определить тип 2Mg+O2=2MgO; 2) определить тип 2Fe(OH)3=Fe2O3+3H2O; 3) определить тип Mg+2HCl=MgCl2+H2; 4) дописать продукты KOH+HNO3=____ и указать тип; 5) дописать продукты Ca+2H2O=____ и указать тип; 6) найти ошибку в записи Al+3O2=Al2O3 и исправить коэффициенты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Оговаривает время: «На тест 5 минут, работаем самостоятельно, таблицей пользоваться можно»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Выводит на экран ключ и вводит критерии: 6 верных «5», 5 верных «4», 4 верных «3»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взаимопроверку в парах ручкой другого цвета и сбор данных: «Поднимите руку, кто ошибся в задании 6»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Разбирает у доски задание 6: 4Al+3O2=2Al2O3, пересчитывая атомы алюминия и кислорода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Выполняют шесть заданий теста самостоятельно на бланке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Обмениваются бланками, проверяют работу соседа по ключу и выставляют количество верных ответов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Отмечают собственные ошибки и записывают верный вариант рядом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Участвуют в разборе задания с коэффициентами, проверяют баланс атомов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работают по времени и сверяют результат с ключом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находят ошибку в готовой записи уравнения и обосновывают исправление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корректно комментируют ошибки одноклассника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 каждого ученика проверенный бланк с числом верных ответов; учитель по поднятым рукам видит, какие задания вызвали затруднение, и разбирает их сразу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6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Рефлексия и подведение итогов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Осознать личное продвижение по теме и зафиксировать домашнее задание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 класс к вопросу урока о гвозде в растворе CuSO4 и просит назвать тип реакции с обоснованием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каждому по цепочке продолжить фразу: «В начале урока я путал реакции ____, теперь мой пример на этот тип: ____»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Отмечает пары, которые точнее всех разобрали спорные карточки, комментирует отметки за тест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на доске домашнее задание и поясняет задание по желанию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тип реакции Fe+CuSO4=FeSO4+Cu (замещение) и признак, по которому его определили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тип, вызывавший затруднение, и приводят собственный пример уравнения на него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домашнее задание, уточняют требования к выполнению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оценивают собственный результат и называют оставшееся затруднение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самостоятельно конструируют пример под заданный признак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кратко и по существу высказываются в общем круге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Каждый ученик назвал проблемный тип и привёл свой пример; домашнее задание записано в дневниках</w:t>
            </w:r>
          </w:p>
        </w:tc>
      </w:tr>
    </w:tbl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параграф ____ учебника О. С. Габриеляна «Химия. 8 класс», упр. ____ письменно; выписать в тетрадь по два своих уравнения на каждый из четырёх типов реакций с расставленными коэффициентами. По желанию: составить и оформить на листе А4 схему-кластер «Как определить тип реакции» в виде цепочки вопросов (сколько веществ вступило, простые они или сложные) или подобрать три примера реакций, встречающихся в быту, и указать их тип.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Габриелян О. С. Химия. 8 класс: учебник. М.: Просвещение (Дрофа), параграфы ____,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Габриелян О. С., Воскобойникова Н. П. Настольная книга учителя химии. 8 класс: поурочное планирование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Рабочая тетрадь к учебнику О. С. Габриеляна «Химия. 8 класс», задания на классификацию реакций,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Таблица растворимости кислот, оснований и солей в воде; периодическая система Д. И. Менделеева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Комплект дидактических карточек с уравнениями и слайд-эталон сводной таблицы (разработка учителя)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Карта собрана сервисом oformka.ru. Пропуски подчёркиванием заполняет учитель.</w:t>
      </w:r>
    </w:p>
    <w:sectPr w:rsidR="00FC693F" w:rsidRPr="0006063C" w:rsidSect="00034616"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