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Информатика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7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Файлы и файловая система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Босова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Организовать открытие учениками правил именования файлов и структуры иерархической файловой системы, чтобы они научились записывать полное имя файла и находить его по пути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понятия «файл», «имя файла», «расширение», «каталог (папка)», «файловая система», «полное имя файла»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записывать полное имя файла по дереву каталогов и восстанавливать местоположение файла по заданному пути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Сформировать умение отличать допустимые имена файлов от недопустимых и определять тип файла по расширению (jpg, txt, exe, mp3, docx)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варианты записи и находить в них существенное различие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строить и читать иерархическую схему (дерево каталогов)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формулировать цель работы после столкновения с затруднением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аккуратность в хранении и именовании учебных файлов на компьютере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привычку проверять свой результат по эталону и честно фиксировать ошибку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уважительное отношение к мнению одноклассника при обсуждении вариантов ответа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составные части имени файла и перечисляют символы, запрещённые в именах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Записывают полное имя файла вида C:\Учёба\Информатика\referat.docx по дереву каталогов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Определяют по расширению, какой программой открывается файл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выводят правило по набору примеров и сверяют вывод с текстом параграфа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формулируют цель урока после пробного действия и оценивают результат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проговаривают алгоритм записи пути у доски, слушают и дополняют ответ одноклассника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практическую пользу упорядоченного хранения файлов для собственной учёбы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исправлять ошибку, а не скрывать её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свою работу на уроке по заданным критериям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файл, имя файла, расширение (тип) файла, каталог (папка), подкаталог, корневой каталог, файловая система, иерархическая структура, путь к файлу, полное имя файла, логическое имя диска (C:, D:)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Босова Л. Л., Босова А. Ю. «Информатика. 7 класс», параграф ____, с. ____, Компьютер учителя, проектор, экран (или интерактивная доска), Скриншот рабочего стола с 40 файлами «Новый документ» и заранее подготовленное дерево каталогов на слайде, Карточки для самостоятельной работы с деревом каталогов и лист-эталон, Рабочие тетради, цветные карандаши для схемы дерева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диалог (побуждающий и подводящий), приём «пробное действие с фиксацией затруднения», индуктивный вывод правила по набору примеров, работа с текстом параграфа (поиск и сверка), проговаривание алгоритма во внешней речи, самопроверка по эталону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ситуацию, в которой ученики захотят разобраться с порядком хранения файлов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экран скриншот рабочего стола, где 40 значков с подписями «Новый документ», «Новый документ (2)», «Новый документ (17)».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«Здесь лежит отчёт за март. Как его найти, не открывая все файлы подряд?»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«Сколько времени уйдёт, если открывать по одному? А если файлов будет 400?»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Подводит: «Значит, компьютеру и человеку нужны правила, по которым файл получает имя и место».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Рассматривают скриншот и предлагают способы поиска (открывать подряд, сортировать по дате).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Убеждаются, что при одинаковых именах быстрый поиск невозможен.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предположение, что файлы надо называть по смыслу и раскладывать по папкам.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ситуацию и включаются в обсуждение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связывают проблему урока с собственным опытом работы за компьютером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формулирует бытовой вывод «нужны правила имён и папок»; учитель видит поднятые руки и не менее трёх высказанных версий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опорные знания о носителях и объёме информации и предложить задание, требующее нового способа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быстрые вопросы: «Какие носители информации вы знаете?», «Сколько байт в килобайте?», «Что больше: 1 Мбайт или 900 Кбайт?»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«Куда попадает информация, когда мы нажимаем «Сохранить»?» и вводит слово «файл».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на слайде схему: диск C:, внутри папка Учёба, внутри неё папка Информатика, в ней файл referat.docx.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задание: «Запишите в тетради одной строкой, где именно лежит этот файл, чтобы по вашей записи его нашёл любой человек».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 о носителях и единицах измерения информации.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Рассматривают схему хранения на слайде.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тетради свой вариант ответа одной строкой.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Зачитывают 4-5 разных вариантов записи.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изученные ранее сведения о носителях и единицах информации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свой вариант письменно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озвучивают собственную запись для класса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появились разные варианты записи; на доске выписаны не менее трёх непохожих ответов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Установить, каких именно знаний не хватает для однозначной записи местоположения файла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Выписывает на доску три варианта: referat; Учёба/referat; C:\Учёба\referat.docx.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«Какой из вариантов позволит найти файл наверняка? Почему остальные не подходят?»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«Что означает точка и буквы после неё? Почему в одном варианте косая черта в одну сторону, а в другом в другую? Куда делась папка Информатика?»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вопросом: «Что мы пока не знаем, чтобы записать ответ одинаково правильно у всех?»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три записи и находят различия: наличие диска, порядок папок, знак разделителя, часть после точки.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Признают, что не знают правил записи расширения и пути.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затруднение: «Мы не знаем, как правильно записывается полное имя файла».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записи и выделяют существенные различия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устанавливают причину затруднения и отделяют известное от неизвестного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выбор варианта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зафиксировано затруднение: неизвестны правила имени, расширения и разделителя в пути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наметить последовательность шагов её достижения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Предлагает: «Сформулируйте цель урока, начав словами: узнать, из чего состоит...».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оформить тему на доске: «Файлы и файловая система».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составление плана вопросами: «С чего начнём: с целого имени или с его частей?», «Что нужно узнать про папки?», «Какой знак отделяет папку от папки?»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план на доске: 1) имя файла, 2) расширение и запрещённые символы, 3) каталоги и их вложенность, 4) разделитель и полное имя.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«Где мы возьмём точные правила, если сами ошибёмся?» и указывает на параграф ____.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узнать, из чего состоит имя файла и как записать путь к нему.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шаги плана и выстраивают их в порядке.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тему и план в тетрадь.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формулируют цель и планируют последовательность действий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определяют источник, из которого можно проверить правило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коллективном составлении плана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и в тетрадях записаны тема, цель и план из четырёх шагов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правило именования файла и схему полного имени и проверить вывод по учебнику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экран набор имён: doklad.docx, foto1.jpg, igra.exe, pesnya.mp3, spisok.txt и спрашивает: «Что общего в строении всех имён? Где граница между частями?»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второй набор: otchet&lt;март&gt;.docx, моя*работа.txt, spisok?.doc, dom:1.jpg и спрашивает: «Почему такие имена система не примет?»; вводит перечень запрещённых символов \ / : * ? " &lt; &gt; |.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схему с папками и просит достроить запись слева направо: «Начинаем с чего? С диска. Что дальше? Папка. Потом? Вложенная папка. И в конце сам файл».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обобщённую схему: &lt;имя диска&gt;:\&lt;каталог&gt;\&lt;подкаталог&gt;\&lt;имя файла.расширение&gt;, приводит пример C:\Учёба\Информатика\referat.docx.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работу с параграфом ____, с. ____: «Найдите определение полного имени файла и сверьте с нашей схемой: что мы сформулировали точно, а что нужно уточнить?»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имена файлов и выделяют строение: собственно имя, точка, расширение.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почему имена со звёздочкой, двоеточием и вопросительным знаком недопустимы.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Достраивают путь на схеме от корневого каталога к файлу.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определения в параграфе и сверяют их со схемой на доске, дописывают уточнения в тетрадь.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выводят общее правило на основе анализа примеров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работают с учебным текстом, находят определение и сопоставляют его с собственной формулировкой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полученный результат с образцом из учебника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записаны структура имени файла, список запрещённых символов и схема полного имени, совпадающая с определением из параграфа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способ чтения пути через проговаривание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ученика к доске и просит прочитать запись: «C:\Музыка\Рок\song.mp3 значит...».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Требует полного проговаривания: «На диске C в папке Музыка, в её подпапке Рок хранится файл song.mp3, это звукозапись».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для чтения ещё две записи: D:\Фото\Лето2024\more.jpg и C:\Игры\shahmaty.exe.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список имён: otchet.docx, 12/03.txt, moi файл.doc, kot*.jpg, referat.docx, spisok:1.txt и задаёт вопрос: «Какие имена система примет, а какие отклонит и почему?»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соседей по парте проверить друг у друга ответы и объяснить каждый отказ.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вслух у доски маршрут к файлу от диска к папке и далее к файлу.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тип файла по расширению.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в списке допустимые имена и объясняют, какой запрещённый символ мешает в остальных.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ответ соседа и исправляют формулировку, если она неполная.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развёрнутое устное высказывание по алгоритму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правило к новым примерам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правильность ответа одноклассника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Не менее пяти учеников проговорили путь без ошибок; в списке верно отмечены допустимые имена otchet.docx и referat.docx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каждого записывать полное имя файла и определять его место по пути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 с деревом каталогов: диск D:, папки Школа (подпапки Информатика с файлами urok.txt и test.docx, Биология с файлом klass.jpg) и Отдых (подпапка Музыка с файлом hit.mp3).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Формулирует задание 1: «Запишите полные имена четырёх файлов: urok.txt, test.docx, klass.jpg, hit.mp3».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Формулирует задание 2: «По записям D:\Школа\Биология\klass.jpg и D:\Отдых\Музыка\hit.mp3 назовите имя файла и папку, в которой он лежит».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Через 4 минуты открывает на экране эталон и просит отметить знаком «+» верные ответы, а ошибку обвести и рядом записать правильный вариант.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тетради четыре полных имени файлов по дереву каталогов.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по двум путям имя файла и каталог хранения.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работу с эталоном, отмечают верные ответы и исправляют ошибки.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Считают количество верных ответов из шести.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задание самостоятельно и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схему полного имени в новой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честно фиксируют собственную ошибку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большинства учеников 5-6 верных ответов из шести; учитель по поднятым рукам видит, кому нужна дополнительная помощь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Связать новое знание с практикой хранения собственных учебных файлов и с типами файлов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задание: «Постройте в тетради дерево своей папки 7 класс с тремя подкаталогами и хотя бы одним файлом в каждом».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требование: «Имена папок и файлов должны быть говорящими и без запрещённых символов; расширение обязательно».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двух-трёх учеников записать одно полное имя из своего дерева на доске, класс проверяет запись.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блиц: «Какой программой откроется файл с расширением jpg? txt? exe? mp3? docx?»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 на обобщение: «Почему в одной папке нельзя хранить два файла с одинаковым полным именем?»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Чертят дерево каталогов папки «7 класс» с подпапками (например, Информатика, Математика, Проекты) и файлами.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полные имена своих файлов, начиная с имени диска.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Соотносят расширения jpg, txt, exe, mp3, docx с типом файла и программой.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полное имя однозначно задаёт файл, поэтому повторяться оно не может.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изученную структуру на собственные данные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файлы по расширению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комментируют и проверяют записи одноклассников на доске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тетради у каждого построено дерево из трёх подкаталогов и записано не менее трёх корректных полных имён; блиц по расширениям пройден без ошибок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урока с поставленной целью и оценить собственную работу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цели урока и спрашивает: «Что такое полное имя файла? Из каких частей оно состоит?»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продолжить фразу: «Я смогу найти файл, если...».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оценить работу по трём критериям: понял правило именования, записал путь без ошибок, помог соседу или задал вопрос по делу (знаки «+», «±», «-»).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домашнее задание и напоминает: «Начните с наведения порядка в собственной папке».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определение полного имени файла своими словами.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Продолжают предложение о поиске файла, называя диск, папки и имя с расширением.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Ставят себе оценку по трём критериям в тетради.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целью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оценивают собственную работу по заданным критериям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вывод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воспроизводит определение полного имени файла; в тетрадях выставлена самооценка по трём критериям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параграф ____, с. ____, ответить на вопросы после параграфа, выполнить задание ____; записать полные имена трёх файлов из дерева каталогов в тетради. По желанию: навести порядок в личной папке на домашнем компьютере, создать структуру «7 класс» с тремя подпапками и начертить её дерево, подписав пять полных имён файлов с разными расширениями.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Босова Л. Л., Босова А. Ю. Информатика. 7 класс: учебник. М.: Просвещение (БИНОМ. Лаборатория знаний), параграф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Босова Л. Л., Босова А. Ю. Информатика. 7 класс: рабочая тетрадь, задания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Босова Л. Л., Босова А. Ю. Информатика. 7-9 классы: методическое пособие для учителя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Электронное приложение к учебнику (презентация и интерактивные задания к теме «Файлы и файловые структуры»)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Единая коллекция цифровых образовательных ресурсов: интерактивные модули по теме «Файловая система»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