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История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5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Древний Египет: природа и занятия жителей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Вигасин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Установить, как разливы Нила и природные условия долины определили земледелие, ирригацию и ремёсла древних египтян, и научиться объяснять эту связь по карте и тексту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Показать положение Древнего Египта на карте: долина и дельта Нила, пороги, Средиземное и Красное моря, пустыни по обоим берегам; Раскрыть механизм разлива Нила (июнь-ноябрь) и роль ила в плодородии почвы; Ввести и закрепить понятия «дельта», «ил», «оазис», «канал», «дамба», «шадуф», «папирус»; Научить объяснять связь «разлив, ил, каналы, урожай» по карте и тексту параграфа.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читать историческую карту и извлекать из условных знаков вывод о занятиях населения; Формировать умение выстраивать причинно-следственную цепочку и удерживать её в устном ответе; Тренировать сравнение двух объектов (Египет и Междуречье) по заданным основаниям.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уважение к труду земледельцев древности, создавших ирригацию своими руками; Формировать привычку слушать товарища в паре и группе, не перебивая, и дополнять его ответ; Пробуждать интерес к наследию древних цивилизаций.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Показывают на карте Нил, дельту, пороги, Мемфис, границы Египта; Называют сроки разлива и объясняют, откуда на полях появляется плодородный ил; Описывают устройство каналов, дамб и шадуфа и объясняют, зачем египтянам была нужна ирригация; Перечисляют занятия жителей: земледелие (ячмень, пшеница, лён), скотоводство, ремёсла, изготовление папируса.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устанавливают причинно-следственные связи между природными условиями и хозяйством; Коммуникативные: проговаривают цепочку рассуждения в паре и слушают ответ товарища; Регулятивные: формулируют цель урока, составляют план и сверяют результат с эталоном.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Осознают ценность коллективного труда людей древности; Проявляют интерес к истории как к объяснению того, почему люди жили именно так; Оценивают собственный результат честно, отмечая место ошибки.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Настенная карта «Древний Восток» и атлас по истории Древнего мира, 5 класс, Учебник: Вигасин А. А., Годер Г. И., Свенцицкая И. С. «Всеобщая история. История Древнего мира. 5 класс», § ____, Презентация: фраза Геродота, фотографии долины Нила, изображение шадуфа, Карточки для групповой работы (4 маршрутных листа), бланки теста из 5 заданий, эталон для самопроверки, Контурная карта, цветные карандаши.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дельта, ил, разлив, оазис, канал, дамба, шадуф, папирус, Мемфис, пороги Нила.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Включить учеников в работу через яркое высказывание древнего историка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слайд с фразой Геродота «Египет, дар Нила» и сообщает, что этим словам около двух с половиной тысяч лет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«Дар в чём? Что река дала людям, если вокруг неё пустыня?»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Принимает 3-4 версии без оценки, записывает ключевые слова на доске: «вода», «еда», «земля»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Говорит: «Сегодня проверим, прав ли был Геродот, и сами объясним его слова»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высказывание и объясняют, как понимают слово «дар»; Высказывают предположения о том, что Нил дал жителям; Настраиваются на работу, открывают тетради и записывают дату и тему.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включён в работу, на доске записаны первые версии, ученики ждут проверки фразы Геродота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опорные понятия и вывести класс на пробное действие с картой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 на повторение: «Кого называют первобытными людьми?», «Что такое земледелие и когда люди к нему перешли?», «Почему древние посёлки ставили у воды?»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карту «Древний Египет» и просит рассмотреть значки поселений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задание: «Объясните по карте, почему города Египта вытянулись узкой полосой вдоль реки, а в стороне от неё их нет»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записать ответ одним предложением и выслушивает 2-3 варианта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вопросы, называют признаки земледелия и присваивающего хозяйства; Рассматривают карту, находят Нил, дельту, пустыни по берегам; Записывают предположение и озвучивают его: «около реки есть вода», «дальше пустыня».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Опорные понятия восстановлены, у каждого записана версия ответа, версии оказались неполными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Зафиксировать, какого знания не хватает для полного ответа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Сообщает факт: «В Египте с одного поля собирали урожай, который кормил семью и оставался на продажу, хотя дождей здесь почти не бывает»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вопрос: «Пустыня вокруг, дождей нет, а урожаи богатые. Откуда на полях земля и вода?»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оформить затруднение на доске в двух строках: «не знаем, откуда плодородная почва», «не знаем, как вода попадала на дальние поля»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«Хватит ли нам знаний о первобытном земледелии, чтобы это объяснить?»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Сопоставляют факт о богатых урожаях с картиной пустыни и признают противоречие; Называют, чего именно не знают: происхождение плодородной почвы и способ полива; Записывают два вопроса затруднения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и в тетрадях записаны два вопроса затруднения, класс признаёт недостаток знаний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план поиска ответа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превратить вопросы затруднения в цель: «Что мы должны узнать и чему научиться к концу урока?»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формулировку цели: объяснить, как природа долины Нила определила занятия египтян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составление плана, задавая наводящие вопросы: «С чего начнём: с карты или сразу с полей?», «Что надо узнать про реку?»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план на доске: 1) карта и природа Египта, 2) разлив и ил, 3) как берегли воду, 4) занятия жителей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Распределяет 4 группы по пунктам плана и раздаёт маршрутные листы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 урока своими словами и сверяют её с формулировкой на доске; Предлагают шаги плана и располагают их в разумном порядке; Записывают план в тетрадь, получают маршрутные листы и распределяют роли в группе.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Цель и план из четырёх пунктов записаны, группы сформированы и знают своё задание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Добыть новое знание из карты и текста учебника и собрать общую цепочку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задания группам: 1 группа по карте определяет границы Египта, находит пороги, дельту, пустыни; 2 группа по § ____ выясняет, когда начинается разлив (июнь) и когда вода уходит (ноябрь), что такое ил; 3 группа описывает каналы, дамбы и шадуф; 4 группа выписывает занятия жителей и что они выращивали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Ходит по группам, подсказывает вопросом: «Почему после разлива почва становится мягкой и тёмной?», «Зачем нужны дамбы, если вода и так приходит?»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4 минуты на работу с текстом и 3 минуты на выступления по 40-50 секунд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Выстраивает на доске общую цепочку из ответов групп: «разлив, ил, каналы и дамбы, посев, урожай ячменя и пшеницы»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сверить вывод с текстом учебника: «Найдите в § ____ предложение, которое подтверждает нашу цепочку»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текст параграфа и карту, выбирают из них нужные факты и записывают их коротко; Выступают от группы, дополняют ответы товарищей; Собирают в тетради общую цепочку причин и следствий; Находят в учебнике подтверждающее предложение и зачитывают его.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и в тетрадях выстроена цепочка «разлив, ил, каналы, урожай», каждый факт подтверждён текстом или картой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новое знание через устное проговаривание цепочки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в парах: один проговаривает цепочку «разлив, ил, каналы, урожай ячменя и пшеницы» полными предложениями, второй слушает и добавляет пропущенное звено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поменяться ролями и повторить, начав со слов: «Египтяне собирали богатые урожаи, потому что...»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2-3 пары к карте и просит показать дельту, объяснив, почему она так называется и почему там особенно плодородно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контрольные вопросы: «Что делает шадуф?», «Зачем строили дамбы?», «Почему поля не превращались обратно в пустыню?»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Проговаривают цепочку в паре, слушают товарища и дополняют его; Выходят к карте, показывают Нил, дельту, Мемфис и объясняют термин «дельта»; Отвечают на контрольные вопросы, опираясь на записи в тетради.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хотя бы раз проговорил цепочку вслух, у карты верно показаны Нил, дельта, Мемфис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усвоение материала каждым учеником и выявить место ошибки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бланк из 5 заданий: 1) подписать на контурной карте Нил и дельту; 2) выбрать месяцы разлива (март-май, июнь-ноябрь, декабрь-февраль); 3) соотнести «шадуф, ил, оазис» с определениями; 4) вставить пропущенные слова: «После разлива на полях оставался ____, поэтому земля становилась ____»; 5) вычеркнуть лишнее в ряду: ячмень, пшеница, лён, рис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Оговаривает время: 3 минуты на работу, 2 минуты на проверку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эталон на слайде и просит отметить знаком «+» верные ответы, а рядом с ошибкой поставить «?»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Выясняет по поднятым рукам, какое задание вызвало больше всего затруднений, и разбирает его вслух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задания самостоятельно, не советуясь; Сверяют свою работу с эталоном и отмечают ошибки; Определяют, на каком шаге цепочки допущена ошибка, и записывают верный вариант.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большинства учеников 4-5 верных заданий, ошибки отмечены и исправлены, учитель видит проблемное задание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Связать новое знание с ранее изученным материалом через сравнение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сравнить три картины: стоянка первобытных охотников, Египет, Междуречье с Тигром и Евфратом, по вопросам: «Что даёт людям пищу?», «Зависит ли еда от удачи?», «Нужны ли общие работы?»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Заполняет вместе с классом таблицу на доске по трём строкам и трём столбцам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ключевой вопрос: «Где легче прокормиться и почему? Почему земледельцы Нила жили сытнее охотников?»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показать на карте Мемфис и объяснить, почему столицу поставили там, где долина сходится с дельтой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пробному действию: «Теперь ответьте, почему города вытянулись узкой полосой вдоль реки»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Сравнивают три способа добывания пищи и заполняют таблицу в тетради; Делают вывод: земледелие у большой реки даёт постоянный урожай, но требует общего труда; Отмечают Мемфис на контурной карте и объясняют его положение; Дают полный ответ на вопрос пробного действия и сравнивают его со своей первой записью.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Таблица сравнения заполнена, Мемфис отмечен, ученики дают полный ответ на вопрос, который в начале урока вызвал затруднение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Осмыслить достигнутый результат и оценить собственную работу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на экран фразу Геродота и просит дописать её своими словами: «Египет, дар Нила, потому что река дала людям ____»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Заслушивает 3-4 варианта и отмечает наиболее точные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закончить два предложения: «Сегодня я понял, что...», «Труднее всего мне было...»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результаты теста и объявляет домашнее задание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Дописывают фразу Геродота в тетради и зачитывают вариант; Оценивают, что удалось и где сбились, называя конкретное задание; Записывают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записал объяснение фразы Геродота своими словами и назвал сложное для себя место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ответить на вопросы 1-3 после параграфа; на контурной карте подписать Нил, дельту, пороги, Мемфис, обозначить пустыни. По желанию: составить рассказ от лица египетского земледельца о дне работы у канала (8-10 предложений) или сделать рисунок-схему шадуфа с подписями частей.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Вигасин А. А., Годер Г. И., Свенцицкая И. С. Всеобщая история. История Древнего мира. 5 класс. М.: Просвещение,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Годер Г. И. Рабочая тетрадь по истории Древнего мира. 5 класс. Выпуск 1, задания к теме «Древний Египет»,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Атлас и контурные карты по истории Древнего мира, 5 класс, карта «Древний Египет»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Геродот. История. Книга II (фрагмент о Ниле в адаптированном для школьников изложении)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Годер Г. И. Методическое пособие по истории Древнего мира. 5 класс: разработки уроков по теме «Древний Египет»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