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История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Реформы Петра I: государственное управление, армия, сословия, церковь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Комбинированный урок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Арсентьев, Данилов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Раскрыть содержание и цели преобразований Петра I в управлении, армии, сословной и церковной политике и показать их связь с задачами Северной войны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представление о системе центрального и местного управления при Петре I: Сенат, коллегии, губернии, Синод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Раскрыть содержание Табели о рангах, рекрутской повинности и подушной подати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зависимость сроков и содержания реформ от нужд Северной войны 1700-1721 годов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умение соотносить дату и событие: 1711, 1714, 1718-1721, 1721, 1722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читать исторический документ и отвечать на вопросы по его содержанию (выдержка из Табели о рангах)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заполнять и читать сравнительную таблицу «сфера, реформа, дата, цель»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Тренировать умение объяснять причинно-следственные связи: война, нехватка денег и людей, новые органы власти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уважительное отношение к прошлому страны через оценку цены преобразований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умение слушать иную оценку реформ и аргументировать свою позицию в паре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органы управления, созданные Петром I, и их функции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что такое Табель о рангах, подушная подать, рекрутский набор, Синод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Показывают на карте и датируют ключевые события Северной войны: Нарва 1700, Полтава 1709, Гангут 1714, Ништадтский мир 1721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Приводят по одному последствию реформ для дворянства, купечества, крестьянства, духовенства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извлекают информацию из текста учебника и документа, оформляют её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работают в паре, распределяют задания и проверяют ответ товарища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заполненную таблицу с эталоном на доске и исправляют неточности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истории России XVIII века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Дают собственную оценку реформам, опираясь на факты, а не на эмоции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Сенат, коллегии, губерния, Табель о рангах, подушная подать, рекрутская повинность, Святейший Синод, абсолютизм, империя, обер-прокурор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Арсентьев Н. М., Данилов А. А. История России. 7 класс. Часть 1, Рабочий лист с таблицей «сфера преобразований, реформа, дата, цель» и выдержкой из Табели о рангах, Настенная карта «Северная война 1700-1721 гг.» и атлас, Презентация со схемой управления Российской империей при Петре I, Карточки для парной работы: даты и названия реформ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фронтальный опрос с работой у карты, объяснение с проблемными вопросами по блокам, заполнение сравнительной таблицы, анализ фрагмента исторического документа, разбор образца и работа по аналогии, приём «одна реформа, одно последствие»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Организационный момент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Организовать класс и поставить вопрос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наличие учебников, атласов и рабочих листов на столах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тему: «Реформы Петра I: государственное управление, армия, сословия, церковь»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вопрос урока: «Зачем Петру I понадобился новый аппарат власти?» и просит записать его в рабочий лист над таблицей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Предупреждает: «К этому вопросу мы вернёмся в конце урока, и ответ должен опираться на факты из таблицы»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Готовят рабочие листы, учебник и атлас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и вопрос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Настраиваются на работу, отвечают на приветствие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и фиксируют её в рабочем листе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включаются в работу, проявляют готовность к уроку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всех записаны тема и вопрос урока, рабочие листы на столах; учитель видит это при обходе рядов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Проверка домашнего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знание хода и итогов Северной войны как основы для темы реформ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 работа у карты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фронтальный опрос: «Когда и чем закончилось первое сражение под Нарвой?», «Какое значение имела Полтавская битва 1709 года?», «Чем важна победа при Гангуте в 1714 году?»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двух учеников к карте: первый показывает Нарву, Полтаву и направление шведского удара, второй Гангут, Санкт-Петербург и территории, полученные по Ништадтскому миру 1721 года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у класса: «Какие земли Россия получила по Ништадтскому миру и что это дало стране?»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Оценивает ответы у карты, комментирует ошибки в показе объектов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связующий вопрос: «Что нужно было государству, чтобы 21 год вести такую войну?»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 по датам и итогам войны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Двое показывают на карте Нарву, Полтаву, Гангут, Санкт-Петербург, приобретения 1721 года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условия Ништадтского мира: Ингрия, Эстляндия, Лифляндия, часть Карелии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ответ: нужны армия, флот, деньги, чиновники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события с их местом на исторической карте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краткий монологический ответ у карты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ответа товарища и дополняют его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воспроизводит четыре опорные даты войны, двое получают оценку за работу у карты, сформулирован запрос на реформы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опорных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Выявить недостатки старой системы управления как причину преобразований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вспомнить из курса 6-7 класса: «Что такое приказы и сколько их было к концу XVII века?», «Кто входил в Боярскую думу?», «Что означало местничество?»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в столбик ответы: приказы, Боярская дума, местничество, воеводы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проблемный вопрос: «Почему такая система не могла обеспечить армию и флот людьми, деньгами и пушками?»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выделить три недостатка: путаница в полномочиях приказов, назначение по знатности, а не по способностям, медленный сбор налогов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вывод на доске: старому государству новая армия не по силам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Вспоминают и называют признаки приказной системы и роль Боярской думы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при местничестве должность зависела от знатности рода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недостатки старого управления и записывают их в рабочий лист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Делают вывод о необходимости перестройки аппарата власти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старую систему управления с задачами государства и выявляют противоречие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обсуждении, дополняют высказывания одноклассников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проблемный вопрос как ориентир дальнейшей работы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рабочих листах записаны 3 недостатка приказной системы, класс подошёл к причине реформ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Изучение нового материала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Раскрыть содержание реформ по четырём блокам и оформить их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Объявляет порядок работы: объяснение идёт блоками, после каждого блока класс заполняет строку таблицы «сфера, реформа, дата, цель»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1, управление: рассказывает о создании Сената в 1711 году как высшего органа при отъездах царя, о 11-12 коллегиях в 1718-1721 годах вместо приказов, о должности генерал-прокурора с 1722 года; спрашивает: «Чем коллегия удобнее приказа, если решение принимается сообща?»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2, местное управление и армия: объясняет деление страны на 8 губерний с 1708 года, рекрутскую повинность с 1705 года, создание регулярной армии и Балтийского флота; вопрос классу: «Зачем губернии, если сбор рекрутов и налогов шёл через воевод?»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3, сословия: разбирает Табель о рангах 1722 года (14 классов, служба вместо породы), указ о единонаследии 1714 года, введение подушной подати в 1718-1724 годах и появление ревизских душ; спрашивает: «Кому Табель о рангах открывала дорогу наверх?»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4, церковь: сообщает об отмене патриаршества и учреждении Святейшего Синода в 1721 году, о светском чиновнике обер-прокуроре; вопрос: «Почему Пётр не назначил нового патриарха?»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на слайде схему: император, Сенат, Синод, коллегии, губернии, и просит сопоставить её со схемой XVII века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объяснение и заполняют таблицу по блокам: сфера, реформа, дата, цель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вопросы: коллегиальность уменьшает произвол одного лица, Табель открывала путь выходцам из недворян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тексте учебника (§ ____, с. ____) число губерний и количество классов Табели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схему управления при Петре I со старой системой приказов и Думы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систематизируют новый материал в таблице по заданным признакам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нуждами войны и содержанием реформ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отвечают на вопросы учителя развёрнуто, с опорой на факты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структуру записи и успевают заполнять строки по ходу объяснения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заполнена по четырём блокам (не менее 8 реформ с датами), ученики называют цель каждой группы преобразований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10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умение соотносить реформу, дату и цель и читать документ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у доски образец рассуждения по Сенату: «Год 1711, орган высший, функции: управление страной в отсутствие царя, надзор за коллегиями, цель: заменить Боярскую думу и ускорить решения в военное время»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парам карточки на соответствие: 1708, 1711, 1714, 1718, 1721, 1722 и названия: губернская реформа, учреждение Сената, указ о единонаследии, начало создания коллегий, учреждение Синода, Табель о рангах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выдержку из Табели о рангах и задаёт 2 вопроса: «Какие пути продвижения по службе названы в документе?», «Что документ ценит выше: происхождение или заслуги, докажите строкой текста»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Проходит по классу, помогает парам, которые путают 1718 и 1721 год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проверку по эталону на слайде, просит поднять руку тех, у кого все шесть соответствий верны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образец и повторяют схему рассуждения на примере Синода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 парах соотносят шесть дат и шесть реформ, записывают ответ в рабочий лист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выдержку из Табели о рангах и отвечают на два вопроса письменно, приводя цитату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ответы с эталоном, исправляют ошибки цветной ручкой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извлекают из документа информацию и подтверждают вывод цитатой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паре, обосновывают выбор соответствия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собственные ошибки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пар верно соотносит не менее пяти дат из шести, в рабочих листах есть письменные ответы по документу с цитатой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Домашнее задание и инструктаж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Разъяснить содержание и критерии выполнения домашней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базовое задание: § ____, вопросы 1-3 после параграфа, доучить даты из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задание по выбору: начертить схему управления Российской империей по памяти (император, Сенат, Синод, коллегии, губернии) или написать мини-ответ на 5-7 предложений «Кто выиграл и кто проиграл от реформ Петра I»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критерии мини-ответа: назвать не менее двух сословий, привести по одному факту на каждое, сделать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Напоминает, что даты из таблицы будут в проверочной работе на следующем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Отвечает на вопросы по оформлению схемы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задание в дневник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уточняющие вопросы о критериях мини-ответа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вариант задания по желанию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планируют выполнение работы с учётом критериев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делают осознанный выбор посильного варианта задания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Задание записано у всех, класс понимает критерии; уточняющих вопросов после инструктажа не остаётся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Подведение итогов и рефлексия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вывод по вопросу урока и оценить личное усвоение темы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записанному вопросу: «Зачем Петру I понадобился новый аппарат власти?»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достроить вывод: длительная война требовала денег, рекрутов и быстрых решений, поэтому появились коллегии, губернии, подушная подать и служба по Табели о рангах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круг «одна реформа, одно последствие»: каждый называет реформу и её последствие для сословия, повторять чужой ответ нельзя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одну фразу на выбор: «Теперь я могу объяснить...», «Мне осталось непонятным...»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удачные ответы и называет учеников, получивших оценки за урок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письменный вывод в рабочем листе о связи Северной войны и реформ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 очереди называют реформу и её последствие: Табель о рангах, дворянин служит с низшего чина; подушная подать, налог платит каждая мужская душа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одну из предложенных фраз устно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Сдают рабочие листы на проверку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материал урока в виде вывода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свои достижения и называют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короткое высказывание, не повторяя сказанного другими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рабочих листах есть вывод по вопросу урока, каждый ученик назвал реформу и последствие, учитель видит зоны затруднений по незаконченным фразам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вопросы 1-3 после параграфа, выучить даты из таблицы (1705, 1708, 1711, 1714, 1718-1721, 1721, 1722). По выбору: начертить по памяти схему управления Российской империей при Петре I или написать мини-ответ на 5-7 предложений «Кто выиграл и кто проиграл от реформ Петра I» с опорой не менее чем на два сословия.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Арсентьев Н. М., Данилов А. А., Курукин И. В. История России. 7 класс. Часть 1.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программа и поурочные разработки по истории России для 7 класса к УМК Арсентьева, Данилова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Атлас и контурные карты по истории России XVI-XVII веков, карта «Северная война 1700-1721 гг.»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Хрестоматия: выдержка из Табели о рангах 1722 года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Материалы портала «Единое содержание общего образования» по курсу истории России 7 класса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