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Литература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Образ Тараса Бульбы в повести Н. В. Гоголя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Комбинированный урок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Коровина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Раскрыть характер Тараса Бульбы через его поступки, речь и авторские оценки и определить, в чём Гоголь видит героическое и трагическое в этом образе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Обучить характеристике литературного героя по портрету, речи, поступкам и авторским оценкам; Показать роль речи о товариществе (глава IX) в раскрытии образа Тараса и в композиции повести; Отработать умение подтверждать вывод точной цитатой с указанием главы.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сопоставлять эпизоды глав II, VII, IX и делать обобщающий вывод; Развивать монологическую речь при защите заполненной строки таблицы; Формировать навык работы с текстом в паре: поиск, отбор и комментирование цитаты.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Способствовать осмыслению понятий товарищество, долг, верность слову; Воспитывать уважительное отношение к чужому мнению при обсуждении спорного поступка Тараса.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черты характера Тараса Бульбы и подтверждают каждую цитатой из глав II, VII, IX; Объясняют, почему речь о товариществе помещена перед боем под Дубно; Различают героическое и трагическое в образе Тараса на примере сцены с Андрием.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извлекают из текста нужную информацию и оформляют её в таблицу; Коммуникативные: работают в паре, аргументируют выбор цитаты, слушают ответ товарища; Регулятивные: сверяют заполненную таблицу с эталоном и отмечают пропуски.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Высказывают личное отношение к герою и объясняют его причины; Осознают ценность верности слову и товарищескому долгу.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Литература, 7 класс, часть 1, под ред. В. Я. Коровиной, с. ____, Тексты повести Н. В. Гоголя «Тарас Бульба» у каждого ученика, Раздаточная таблица «Черта характера, глава, цитата, вывод», Карточка-эталон таблицы для самопроверки, Презентация со слайдом «А поворотись-ка, сын!» и портретом Н. В. Гоголя, Доска, мел или интерактивная панель.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образ героя, портрет, речь героя, авторская оценка, героическое, трагическое, товарищество, цитата.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Организационный момент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Настроить класс на работу с текстом повести и ввести тему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готовность: текст повести, тетрадь, раздаточная таблица на партах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тему «Образ Тараса Бульбы в повести Н. В. Гоголя»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вопрос-настройку: «Кого в повести называют настоящим казаком и почему?»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Принимает 2-3 коротких ответа без оценки, говорит: «Проверим эти догадки на тексте»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Проверяют наличие текста, тетради и таблицы; Записывают дату и тему урока; Называют героев (Тарас, Остап, Мосий Шило) и коротко поясняют выбор.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Тема записана у всех, прозвучали 2-3 версии ответа, класс готов к работе с текстом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Проверка домашнего задания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сюжетную основу для анализа образа героя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трёх учеников для пересказа эпизодов: приезд сыновей (гл. I), дорога на Сечь (гл. II), бой под Дубно (гл. VII, IX)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После первого пересказа спрашивает класс: «Какую деталь встречи с сыновьями пропустил докладчик?»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по дороге на Сечь: «О чём Тарас думает в степи и что он говорит сыновьям о Сечи?»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после третьего пересказа назвать, кого Тарас теряет и кого хвалит в бою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Оценивает пересказы по критериям: полнота, последовательность, наличие деталей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Пересказывают закреплённые эпизоды, опираясь на текст; Дополняют пересказ товарища деталями (удары кулаком, разбитые горшки, отказ от женских слёз); Отвечают на уточняющие вопросы учителя.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Три эпизода восстановлены, класс дополнил не менее пяти деталей, выставлены три отметки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Актуализация опорных знаний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приёмы создания образа героя и применить их к первой реплике Тараса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такое портрет героя и что такое речь героя? По каким ещё признакам мы судим о человеке в книге?»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опорную схему: портрет, речь, поступки, отношение других героев, слово автора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слайд реплику «А поворотись-ка, сын! Экой ты смешной какой! Что это на вас за поповские подрясники?»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«Что эта фраза говорит о Тарасе: как он встречает сына, что для него важно в человеке?»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на доске первые выводы класса: насмешлив, прямолинеен, ценит воинскую стать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Дают определения портрета и речи героя; Записывают опорную схему в тетрадь; Анализируют реплику и называют черты характера, доказывая словами цитаты.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Схема анализа записана, по одной реплике класс назвал не менее трёх черт характера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Изучение нового материала (14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Раскрыть характер Тараса через ключевые эпизоды глав II, VII, IX и оформить наблюдения в таблицу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таблицу с колонками: черта характера, глава, цитата, вывод; поясняет порядок заполнения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комментированное чтение речи о товариществе (гл. IX): «Нет уз святее товарищества»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«Зачем Гоголь дал эту речь именно перед боем, а не в спокойную минуту на Сечи?»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к главе II: «Как Тарас объясняет сыновьям, что такое Сечь и чему там учатся? Что для него школа мужчины?»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разбор главы VII: «Как Тарас говорит с казаками о погибших? Какие слова он повторяет над телом Остапа и над павшими?»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Заполняет вместе с классом первую строку таблицы на доске как образец: смелость, гл. VII, «А что, паны? Есть ещё порох в пороховницах?»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речь о товариществе и отмечают в тексте ключевые предложения; Отвечают, что речь готовит читателя к подвигу и гибели казаков и объясняет, за что они умирают; Сравнивают Тараса-отца и Тараса-атамана по главам II и VII; Заполняют 3-4 строки таблицы, подбирая цитаты с указанием главы.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в таблице не менее четырёх заполненных строк с точными цитатами и указанием главы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Первичное закрепление (10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Перейти от образца учителя к самостоятельному подбору цитат и их защите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образец разбора: «суров, гл. IX, „Я тебя породил, я тебя и убью“, отцовское чувство уступает верности товариществу»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парам задание дописать две строки таблицы: одну о героическом в Тарасе, одну о трагическом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Подсказывает адреса поиска: сцена казни Остапа (гл. XI) и последние слова Тараса о русской земле (гл. XII)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Приглашает 3-4 пары к доске защитить строку: «Назовите черту, прочитайте цитату, объясните, почему она доказывает именно эту черту»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спорный вопрос классу: «Тарас в сцене с Андрием герой или убийца? Ответ подтвердите текстом»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Работают в паре: находят цитаты, записывают их с указанием главы, формулируют вывод; Защищают у доски свою строку по схеме черта, цитата, объяснение; Высказывают противоположные мнения о поступке Тараса и приводят доводы из текста.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пара дописала две строки, прозвучали 3-4 защиты, класс назвал доводы за обе позиции в споре об Андрии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Домашнее задание и инструктаж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Разъяснить содержание и критерии письменной работы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базовое задание: письменный ответ на вопрос «Прав ли Тарас в сцене с Андрием?», 8-10 предложений, две цитаты с указанием главы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Проговаривает структуру ответа: тезис, первая цитата с комментарием, вторая цитата с комментарием, вывод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Указывает задание из учебника: упр. ____, с. ____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 желанию: подготовить выразительное чтение наизусть фрагмента речи о товариществе или сравнить Остапа и Андрия в трёх пунктах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Напоминает: «Цитата берётся дословно, в кавычках, с указанием главы»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задание и структуру ответа в дневник; Задают уточняющие вопросы об объёме и оформлении цитат; Выбирают задание по желанию.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Задание записано всеми, критерии оформления цитат проговорены вслух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Подведение итогов и рефлексия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полноту таблицы и оформить личное отношение к герою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эталон таблицы: смелость, суровость, верность товариществу, любовь к родной земле, отцовская гордость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сверить свои записи с эталоном и подчеркнуть строки, которых не хватает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цели урока: «В чём Гоголь видит героическое в Тарасе и в чём его трагедия?»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закончить фразу устно или письменно: «Тарас Бульба вызывает у меня..., потому что...»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удачные формулировки и объявляет отметки за урок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Сверяют таблицу с эталоном и отмечают пропущенные строки; Называют, чего не хватило в их записях и где эту цитату найти; Заканчивают фразу и озвучивают свой вариант (3-5 человек).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Таблицы дополнены, прозвучали 3-5 развёрнутых рефлексивных высказываний, вывод о героическом и трагическом сформулирован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письменный ответ на вопрос «Прав ли Тарас в сцене с Андрием?» объёмом 8-10 предложений с двумя цитатами и указанием главы; упр. ____, с. ____. По желанию: выучить наизусть фрагмент речи о товариществе (гл. IX) или составить сравнение Остапа и Андрия по трём признакам с цитатами.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Литература. 7 класс. Учебник в 2 частях / В. Я. Коровина, В. П. Журавлёв, В. И. Коровин.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Н. В. Гоголь. Тарас Бульба (главы I, II, VII, IX, XI, XII)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Беляева Н. В. Уроки литературы в 7 классе. Поурочные разработки.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основного общего образования по литературе (5-9 классы)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Раздаточные материалы учителя: таблица «Черта, глава, цитата, вывод» и карточка-эталон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