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Математика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Умножение многозначного числа на двузначное: отработка алгоритма и коррекция ошибок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Рефлексия (отработка умений)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Моро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Организовать самостоятельное выявление и исправление ошибок в письменном умножении на двузначное число по эталону алгоритма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Закрепить алгоритм письменного умножения многозначного числа на двузначное: образование первого и второго неполных произведений, сдвиг второго произведения влево на один разряд, сложение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случаи с переходом через разряд (703 х 45) и с нулями в множимом и множителе (508 х 36, 260 х 30)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сопоставлять своё решение с эталоном и точно называть номер шага алгоритма, на котором допущена ошибка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анализировать собственное решение и находить причину ошибки, а не только неверный ответ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прикидывать результат до вычисления (254 х 36 больше 250 х 30)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математическую речь при проговаривании образца рассуждения у доски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спокойное отношение к ошибке как к рабочему материалу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привычку проверять себя по эталону и доводить исправление до верного ответа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аккуратность записи столбиком: разряд под разрядом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Выполняют письменное умножение вида 385 х 24, 508 х 36, 605 х 34 с записью столбиком и получают верный результат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Объясняют, почему второе неполное произведение записывается со сдвигом на один разряд влево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Верно обрабатывают ноль в множимом и в множителе (260 х 30)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сравнивают своё решение с эталоном и определяют шаг, на котором произошёл сбой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ставят индивидуальную цель коррекции и выбирают маршрут работы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проговаривают алгоритм вслух так, чтобы одноклассники повторили рассуждение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свои результаты без сравнения с другими учениками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готовность переделать работу до верного результата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 пользу самопроверки по образцу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множимое, множитель, первое и второе неполное произведение, сдвиг второго произведения, переход через разряд (перенос десятков), ноль в множителе, эталон для самопроверки, лист учёта затруднений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 М. И. Моро, М. А. Бантова «Математика. 4 класс», ч. 2, с. ____, Плакат-эталон «Алгоритм умножения на двузначное число» (5 шагов), Карточки трёх маршрутов: «сдвиг второго произведения», «перенос десятков», «ноль в множителе», Листы учёта затруднений (таблица: пример, мой ответ, эталон, номер шага), Карточки самостоятельной работы В1 и В2 с ответами на обороте, Памятка «Как исправить ошибку», Доска, документ-камера или проектор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Индивидуальная, Парная, Работа по индивидуальным маршрутам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Проблемная ситуация с заведомо неверной записью, Самопроверка по эталону и пооперационный контроль, Работа по дифференцированным карточкам-маршрутам, Проговаривание образца рассуждения во внешней речи, Приём прикидки результата до вычисления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коррекционной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Включить учеников в работу над собственными ошибками и принять цель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на доске запись: 254 х 36 = 1524 + 762 = 2286 и спрашивает: «Согласны ли вы с ответом?»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 на прикидку: «254 больше 250, 36 больше 30. Каким должно быть произведение хотя бы примерно?»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«Где спрятана ошибка: в счёте или в записи второго произведения?»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Формулирует установку: «Сегодня каждый ищет не чужую, а свою ошибку и доводит пример до верного ответа»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устную прикидку: 250 х 30 = 7500, значит ответ 2286 слишком мал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предположение, что второе произведение не сдвинули на один разряд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Принимают цель урока: найти и исправить собственные затруднения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коррекции и удерживают её на уроке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используют прикидку для оценки правдоподобия ответа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относятся к ошибке как к предмету исследования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называет причину малого ответа (нет сдвига) и формулирует цель урока; учитель фиксирует цель на доске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Восстановить шаги алгоритма и получить материал для диагностики затруднений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плакат-эталон и просит прочитать шаги: 1) записываю разряд под разрядом; 2) умножаю на единицы; 3) умножаю на десятки; 4) второе произведение сдвигаю на один разряд влево; 5) складываю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«На каком шаге чаще всего теряется десяток при переносе?»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задание для самостоятельного решения в тетради: 254 х 36, 407 х 28, 348 х 40, время 4 минуты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Напоминает: «Каждый шаг подписываем номером на полях, это поможет найти сбой»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и восстанавливают по эталону пять шагов алгоритма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три примера столбиком самостоятельно, без подсказок соседа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на полях номера шагов, которые вызвали сомнение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алгоритм и применяют его к новым числам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по времени и контролируют аккуратность записи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точно формулируют шаг алгоритма при чтении эталона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в тетради три решённых примера, готовых для сверки; учитель видит темп и типичные записи при обходе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Локализация индивидуальных затруднений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Определить точное место ошибки в собственном решении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на доске ответы: 254 х 36 = 9144, 407 х 28 = 11396, 348 х 40 = 13920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листы учёта и поясняет: «В графе «номер шага» пишем не «ошибся», а цифру: 2, 3, 4 или 5»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через документ-камеру, как сверять пооперационно: сначала первое произведение, потом второе, потом сумму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Подходит к ученикам, у которых все ответы верны, и предлагает проверить запись 348 х 40 (ноль в множителе)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свои ответы с эталоном на доске и отмечают верные знаком «+»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в неверном примере первое расхождение и записывают номер шага в лист учёта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своё затруднение словами: «Я забыл сдвинуть второе произведение»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осуществляют пооперационный контроль и локализуют место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сопоставляют своё решение с эталоном по шагам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честно фиксируют собственный результат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листе учёта у каждого записан номер проблемного шага или отметка «затруднений нет»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коррекции выявленных затруднений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Выбрать индивидуальный маршрут исправления и способ действия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доску три маршрута: М1 «сдвиг второго произведения», М2 «перенос десятков», М3 «ноль в множителе»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«Если ошибка на шаге 4, какой маршрут ваш?»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карточки маршрутов и памятку «Как исправить ошибку»: найти шаг, назвать правило, переделать пример, решить два подобных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Ученикам без ошибок предлагает роль консультанта и карточку повышенной сложности 703 х 45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Соотносят номер шага с названием маршрута и выбирают карточку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памятку и проговаривают в паре порядок исправления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в лист учёта личную задачу: «Отработать сдвиг второго произведения»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планируют собственные действия по исправлению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классифицируют ошибку по типу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о работе в паре консультант, ученик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Каждый держит карточку своего маршрута и может назвать, что именно будет отрабатывать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Устранить затруднение на примерах своего типа и переделать пробное задание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работу по карточкам: М1 - 516 х 24, М2 - 703 х 45, М3 - 260 х 30, затем обязательное возвращение к своему пробному примеру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Напоминает М2: «Переносимые десятки записываем сверху карандашом и сразу зачёркиваем после использования»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Подсказывает М3 вопросом: «Умножаем на 30. Что делаем с нулём и на что умножаем на самом деле?»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Проверяет у консультантов результат 703 х 45 = 31635 и направляет их к соседям по парте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по ходу типичные записи для следующего этапа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примеры своей карточки столбиком с проговариванием шагов про себя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Возвращаются к пробному примеру, переделывают его и записывают верный ответ рядом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Обращаются к консультанту или к плакату-эталону при затруднении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план коррекции и доводят задание до верного результата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правило к новому примеру того же типа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обращаются за помощью и объясняют решение однокласснику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исправлен пробный пример и решены 1-2 примера маршрута; в листе учёта стоит отметка «исправлено»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Обобщение затруднений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Проговорить образец рассуждения и сформулировать правило записи второго произведения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Приглашает к доске двух-трёх учеников с разными маршрутами решить 407 х 28 с полным проговариванием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Требует эталонной речи: «Умножаю 407 на 8, получаю 3256. Умножаю 407 на 2 десятка, получаю 814 десятков, записываю 814 под десятками. Складываю: 11396»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 класс: «Почему цифру 4 из числа 814 мы пишем не под 6, а под 5?»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сформулировать общее правило одной фразой и записывает его рядом с эталоном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у доски с проговариванием каждого шага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Задают выступающему уточняющий вопрос о нуле в числе 407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правило: второе неполное произведение это десятки, поэтому его начинают писать под разрядом десятков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развёрнутое монологическое рассуждение по алгоритму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частный случай до общего правила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речь выступающего по эталону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записано правило записи второго произведения; ученики повторяют его своими словами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выполнять умножение на двузначное число самостоятельно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карточки двух вариантов: В1 - 385 х 24 и 508 х 36; В2 - 476 х 23 и 605 х 34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инструкцию: «Работаем 5 минут молча, потом переворачиваем карточку и сверяем с ответами»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Указывает ответы на обороте: В1 - 9240 и 18288; В2 - 10948 и 20570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разбор ошибки по памятке: найти шаг, назвать правило, переделать; при верном решении предлагает дополнительно 508 х 36 проверить прикидкой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два примера своего варианта столбиком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Переворачивают карточку и сверяют результат с ответами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 расхождении находят шаг ошибки и переделывают пример по памятке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Ставят в листе учёта итог: «без ошибок» или «исправлено самостоятельно»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осуществляют самоконтроль и самооценку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выполняют вычисления по усвоенному алгоритму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доводят исправление до верного результата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Большинство учеников получают верные ответы или самостоятельно исправляют ошибку; учитель видит записи в листах учёта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Применить умножение на двузначное число в задаче и в задании на рассуждение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Читает задачу: «В магазин привезли 24 коробки по 145 карандашей. Продали 1200 карандашей. Сколько карандашей осталось?»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«Какое действие первое и почему нельзя сразу вычитать 1200?»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записать решение выражением и проверяет ответ: 145 х 24 = 3480, 3480 - 1200 = 2280 (карандашей)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без вычислений: «Сравните 320 х 15 и 160 х 30. Кто докажет ответ, не считая?»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при наличии времени задание учебника, с. ____, упр. ____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 порядок действий и записывают решение по действиям или выражением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Получают ответ 2280 карандашей и записывают его словами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Доказывают равенство: 320 х 15 = 160 х 2 х 15 = 160 х 30, значит произведения равны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связь между условием задачи и порядком действий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вывод о равенстве произведений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проверяют разумность полученного ответа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Задача решена с верным ответом 2280; класс обосновывает равенство произведений без вычислений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деятельности на уроке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с личной целью коррекции и выбрать домашнее задание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закончить предложения в листе учёта: «Моё слабое место, шаг №...», «Сегодня я исправил...», «Мне ещё нужно потренировать...»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«Кто нашёл свою ошибку сам, без подсказки?»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выбор домашнего задания по маршруту и поясняет каждый набор примеров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листы учёта для планирования индивидуальной работы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Заполняют строки рефлексии и называют номер шага, который был слабым местом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Оценивают, исправлено ли затруднение, знаком «+» или «ещё тренирую»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Выбирают и записывают домашнее задание своего маршрута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поставленной целью коррекции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адекватно оценивают собственные успехи и трудности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кратко формулируют вывод о своей работе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Листы учёта заполнены, каждый ученик называет свой шаг затруднения и записывает домашнее задание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учебник, с. ____, упр. ____ (три примера на умножение на двузначное число) и примеры своего маршрута: М1 - 264 х 32, 375 х 26; М2 - 608 х 47, 794 х 35; М3 - 480 х 20, 350 х 40. По желанию: составить и решить задачу с умножением на двузначное число по данным своего класса (например, число тетрадей в 26 пачках) либо придумать пример с типичной ошибкой в сдвиге и оформить его как задание «найди ошибку» для соседа.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Моро М. И., Бантова М. А., Бельтюкова Г. В. Математика. 4 класс. Учебник в 2 частях, часть 2,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Моро М. И., Волкова С. И. Математика. Рабочая тетрадь. 4 класс, часть 2,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Волкова С. И. Математика. Проверочные работы. 4 класс,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Бантова М. А., Бельтюкова Г. В. Методическое пособие к учебнику «Математика. 4 класс»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Авторские раздаточные материалы: плакат-эталон алгоритма, карточки маршрутов, лист учёта затруднений, памятка «Как исправить ошибку»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