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Математика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5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Сложение и вычитание десятичных дробей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Виленкин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Вывести и применить алгоритм сложения и вычитания десятичных дробей записью в столбик с выравниванием запятых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Повторить разрядный состав десятичной дроби и правило о том, что приписывание нулей справа после запятой не меняет числа; Вывести вместе с классом алгоритм сложения и вычитания десятичных дробей в столбик; Отработать запись в столбик с выравниванием запятых на примерах 12,7+3,45; 15,2-9,87; 10-4,37; Применить новый способ при нахождении периметра и решении уравнения x + 2,6 = 7,15.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находить причину ошибки в готовой записи и объяснять её; Формировать навык прикидки результата до вычисления; Развивать математическую речь через проговаривание шагов алгоритма вслух.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аккуратность записи в тетради: цифра под цифрой, запятая под запятой; Формировать привычку проверять свой результат по эталону, а не ждать оценки учителя; Показать применимость счёта с дробями в расчётах покупок и измерений.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Складывают и вычитают десятичные дроби в столбик, уравнивая число знаков после запятой нулями; Записывают натуральное число как десятичную дробь для вычитания вида 10-4,37; Находят периметр многоугольника со сторонами, выраженными десятичными дробями; Решают простейшее уравнение с десятичными дробями и оценивают ответ прикидкой.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сравнивают два способа записи, выделяют существенный признак верной записи; Регулятивные: формулируют цель урока после столкновения с затруднением, сверяют работу с эталоном; Коммуникативные: комментируют решение у доски, слушают и дополняют ответ товарища.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Проявляют готовность признать ошибку и найти её причину; Оценивают свой результат по заданной шкале; Понимают практическую пользу умения считать деньги и измерения.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Учебник: Виленкин Н. Я. и др. Математика. 5 класс, часть 2, Презентация со слайдом двух записей примера 6,4+1,25 (ответы 7,65 и 1,89), Карточки для самостоятельной работы (4 примера) и эталон решения, Раздаточный образец чека: 45,50 р. и 12,80 р., Доска с разлиновкой в клетку, линейки, цветные карандаши для выделения запятой.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десятичная дробь, разряды: десятые, сотые, тысячные, сложение и вычитание в столбик, выравнивание по запятой, уравнивание числа десятичных знаков нулями, прикидка результата, периметр.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Включить учащихся в работу через практическую ситуацию расчёта покупки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образец чека: «В чеке две покупки: 45,50 р. и 12,80 р. Сколько заплатили на кассе?»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выражение 45,50 + 12,80 и спрашивает: «Умеем ли мы уже складывать такие числа тем же способом, что и 45 + 12?»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ответы, не оценивая их: «Значит, сегодня понадобится приём счёта, которого у нас пока нет»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Настраивает на работу: «Правило сегодня никто не даст готовым, выведем его сами»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Читают числа в чеке, называют их как десятичные дроби; Предлагают устные варианты суммы, спорят о результате; Признают, что привычного способа сложения натуральных чисел недостаточно.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включён в работу, на доске записано выражение 45,50 + 12,80 как задача урока; учитель видит заинтересованные ответы и отсутствие готового способа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сложение в столбик и разряды дроби, организовать пробное действие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Проводит устный счёт: 347 + 58, 500 - 236, 2,5 + 0,5, спрашивает: «Как записывали 347 + 58 в столбик, что под чем подписывали?»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по числу 4,073 назвать цифру в разряде десятых, сотых, тысячных и целую часть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«Изменится ли число 6,4, если записать 6,40? А 6,04?»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пробное задание: «Запишите в столбик и найдите 6,4 + 1,25»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Собирает ответы: «У кого получилось 7,65? У кого 1,89? Есть другие варианты?»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Считают устно, называют разряды числа 4,073; Объясняют, что 6,4 и 6,40 равны, а 6,04 другое число; Выполняют пробное сложение 6,4 + 1,25 самостоятельно в тетради; Озвучивают полученные разные ответы.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зафиксированы разные ответы к 6,4 + 1,25 (7,65 и 1,89), класс осознаёт: единого верного способа пока нет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Определить, на каком шаге записи возникает ошибка, и назвать её причину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Выводит на слайд две записи в столбик к примеру 6,4 + 1,25 с ответами 7,65 и 1,89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«В какой записи 4 стоит под 2, а в какой под 5? Какие разряды сложены в каждом случае?»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проверить прикидкой: «6,4 больше 6, значит сумма больше 7. Может ли получиться 1,89?»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ключевой вопрос: «Почему одна запись дала неверный результат? Назовите причину одним предложением»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вывод класса на доске цветным мелом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Сравнивают две записи, показывают, какие цифры оказались друг под другом; Отбраковывают ответ 1,89 прикидкой; Формулируют причину: цифры подписаны не по разрядам, запятая не под запятой; Отмечают, что мешает разное количество знаков после запятой.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Сформулирована причина ошибки: разряд подписан под другим разрядом, запятая не под запятой; вывод записан на доске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Сформулировать цель урока и наметить шаги нового способа действия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сформулировать цель: «Чему надо научиться, чтобы такие ошибки исчезли?»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 тему и записывает её на доске: «Сложение и вычитание десятичных дробей»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обсуждение плана: «Что сделать в первую очередь, если после запятой разное число цифр?»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«Как записать 6,4, чтобы знаков стало столько же, сколько в 1,25? Изменится ли число?»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предложенные шаги в виде списка на доске: уравнять знаки нулями, записать запятую под запятой, сложить как натуральные числа, поставить запятую в ответе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цель: научиться складывать и вычитать десятичные дроби в столбик; Предлагают уравнивать число знаков после запятой приписыванием нулей; Проговаривают порядок действий, дополняют предложения одноклассников.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записана тема, цель и черновой план из четырёх шагов, который предстоит проверить на примерах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Вывести алгоритм на конкретных примерах и сверить его с правилом учебника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работу с примером: «6,4 + 1,25. Первый шаг по нашему плану?» и записывает 6,40 + 1,25 в столбик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Ведёт вычисление вопросами: «Складываем сотые: 0 и 5. Десятые: 4 и 2. Куда поставим запятую в ответе?»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второй пример 8 - 2,63 и спрашивает: «Как записать 8 в виде десятичной дроби с двумя знаками?»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запись 8,00 - 2,63, комментирует занимание через разряд, получает 5,37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записать алгоритм в тетрадь в виде пронумерованных шагов и сверить с правилом учебника: «Найдите правило на с. ____, наш вариант совпал?»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Диктуют учителю действия по каждому шагу, следят за постановкой запятой; Выполняют записи 6,40 + 1,25 = 7,65 и 8,00 - 2,63 = 5,37 в тетради; Записывают алгоритм из четырёх шагов; Читают правило в учебнике и сравнивают его со своей формулировкой, дополняют недостающее.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записан алгоритм и два разобранных примера с верными ответами 7,65 и 5,37, формулировка сверена с учебником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Закрепить алгоритм через громкое проговаривание каждого шага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к доске по очереди для примеров 12,7 + 3,45; 15,2 - 9,87; 0,6 + 0,45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Требует полного комментария: «Уравниваю знаки: 12,70. Пишу запятую под запятой. Складываю сотые...»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контрольные вопросы классу: «В примере 15,2 - 9,87 сколько нулей приписали и почему?»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Обращает внимание на пример 0,6 + 0,45: «Ответ 1,05, откуда взялась целая часть?»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соседей по парте проверить записи друг у друга на выравнивание запятых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Решают у доски с полным проговариванием шагов алгоритма; Записывают примеры в тетрадь: 16,15; 5,33; 1,05; Отвечают на уточняющие вопросы о нулях и переходе через разряд; Проверяют тетрадь соседа, отмечают карандашом смещённую запятую.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Три примера решены верно с комментарием, взаимопроверка показала выравнивание запятых; учитель фиксирует типичные ошибки для этапа самостоятельной работы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умение применять алгоритм самостоятельно и выявить личные затруднения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карточку с четырьмя примерами: 3,08 + 5,9; 10 - 4,37; 2,45 + 0,8; 7,3 - 6,95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Напоминает условие: «Работаем по алгоритму, каждый пример записываем в столбик, ответ подчёркиваем»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Через 3-4 минуты открывает эталон: 8,98; 5,63; 3,25; 0,35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отметить знаком плюс верные примеры и обвести место ошибки, если она есть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«У кого ошибка в примере 10 - 4,37? Какой шаг алгоритма пропущен?»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Выполняют четыре примера в столбик самостоятельно; Сверяют свои ответы с эталоном, ставят плюсы; Находят в неверной записи пропущенный шаг и исправляют его; Называют шаг алгоритма, на котором допустили ошибку.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Каждый ученик знает свой результат из 4 примеров и назвал шаг, где потерял точность; учитель видит по поднятым рукам объём затруднений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Применить новый способ в задаче на периметр и в уравнении, повторить прикидку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задачу: «Стороны треугольника 4,2 см; 3,75 см и 5 см. Найдите периметр»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 перед решением: «Сделайте прикидку: между какими целыми числами лежит ответ?»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проверку: складывают в столбик 4,20 + 3,75 + 5,00, получают 12,95 см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уравнение x + 2,6 = 7,15 и спрашивает: «Как найти неизвестное слагаемое?»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проверить корень подстановкой: «4,55 + 2,6 равно 7,15?»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быстрый вопрос на повторение: «Что больше: 3,7 или 3,68?»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Делают прикидку периметра: около 13 см; Записывают решение задачи с наименованием и ответом 12,95 см; Находят x = 7,15 - 2,6 = 4,55 и выполняют проверку подстановкой; Сравнивают дроби 3,7 и 3,68, объясняют сравнение по разрядам.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Решены задача на периметр (12,95 см) и уравнение (x = 4,55) с проверкой, показана связь темы с ранее изученным материалом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Соотнести результат урока с поставленной целью и оценить собственное продвижение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Возвращается к чеку: «Так сколько заплатили на кассе за две покупки?»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вопрос: «Где чаще всего теряется запятая: при уравнивании знаков, при записи в столбик или в ответе?»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назвать шаги алгоритма по цепочке, без опоры на тетрадь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оценить себя по шкале от 1 до 5: «Решаю уверенно, решаю с подсказкой алгоритма, ещё путаю запятые»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домашнее задание и объясняет, что делать по желанию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Называют ответ 58,30 р. и объясняют, как получили; Указывают опасное место алгоритма и способ его контроля; Восстанавливают шаги алгоритма по цепочке; Ставят себе отметку на шкале и записывают домашнее задание.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Цель урока признана достигнутой: класс называет алгоритм и опасное место, каждый отметил себя на шкале, домашнее задание записано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выучить алгоритм из тетради, выполнить упр. ____ (сложение и вычитание десятичных дробей в столбик) и упр. ____ (задача на периметр). По желанию: составить и решить два примера, где ответ равен 5,04, а также записать чек своей покупки из трёх наименований и найти общую сумму.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Виленкин Н. Я., Жохов В. И., Чесноков А. С., Александрова Л. А. Математика. 5 класс. Часть 2, п.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Рабочая тетрадь и дидактические материалы к учебнику Виленкина для 5 класса, карточки по теме «Десятичные дроби»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Жохов В. И. Преподавание математики в 5-6 классах: методические рекомендации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Примерная рабочая программа основного общего образования по математике (5-9 классы)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Презентация учителя со слайдом сравнения двух записей примера 6,4 + 1,25 и эталоном самостоятельной работы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