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before="0" w:line="240" w:lineRule="auto"/>
        <w:jc w:val="center"/>
      </w:pPr>
      <w:r>
        <w:rPr>
          <w:rFonts w:ascii="Times New Roman" w:hAnsi="Times New Roman" w:eastAsia="Times New Roman" w:cs="Times New Roman"/>
          <w:b/>
          <w:i w:val="0"/>
          <w:sz w:val="28"/>
        </w:rPr>
        <w:t>План-конспект урока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Предмет: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Математика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Класс: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6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Тема: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Наибольший общий делитель. Взаимно простые числа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Тип урока: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Открытие нового знания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Длительность: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45 минут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УМК, учебник: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Виленкин</w:t>
      </w:r>
    </w:p>
    <w:p>
      <w:pPr>
        <w:spacing w:after="200" w:before="12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Учитель: ____________________________   Дата: «____» ______________ 20____ г.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Цель урока: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Вывести вместе с учениками алгоритм нахождения наибольшего общего делителя через разложение на простые множители и научить применять его к парам чисел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Обучающие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Ввести понятия «общий делитель», «наибольший общий делитель», «взаимно простые числа»; Вывести алгоритм нахождения НОД через разложение чисел на простые множители; Отработать применение алгоритма на парах 72 и 96, 90 и 126, 24 и 36, 50 и 75, 35 и 88; Показать применение НОД при сокращении дроби 48/60 и при решении практической задачи о подарках.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Развивающие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Развивать умение сравнивать два разложения и выделять общую часть; Формировать умение переводить последовательность действий в словесный алгоритм; Тренировать самоконтроль через сверку решения с эталоном.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Воспитательные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Воспитывать аккуратность записи разложения в столбик; Поддерживать готовность признать затруднение и искать более рациональный способ; Формировать уважительное отношение к ответу одноклассника у доски.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Предметные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Находят все делители числа и общие делители двух чисел; Раскладывают числа на простые множители и по разложениям находят НОД; Распознают взаимно простые числа по признаку НОД равен 1; Сокращают обыкновенную дробь на НОД числителя и знаменателя.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Метапредметные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Познавательные: сравнивают два разложения, выделяют общие множители, обобщают наблюдение в правило; Регулятивные: ставят цель урока после пробного действия, сверяют работу с эталоном, отмечают ошибки; Коммуникативные: комментируют решение у доски по шагам алгоритма, слушают и дополняют ответ товарища.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Личностные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Проявляют интерес к более коротким способам вычислений; Оценивают свой результат по листу самооценки без завышения; Понимают практическую пользу НОД на бытовом примере с подарками.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Оборудование: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Учебник математики 6 класс, Н. Я. Виленкин и др., Мультимедийная презентация с условием задачи о конфетах и печенье, Карточки для самостоятельной работы с эталоном на обороте, Листы самооценки, Магнитная доска, мел или маркеры двух цветов для выделения общих множителей.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Основные понятия: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Делитель числа, Общий делитель, Наибольший общий делитель (НОД), Разложение на простые множители, Простое число, Взаимно простые числа, Сокращение дроби.</w:t>
      </w:r>
    </w:p>
    <w:p>
      <w:pPr>
        <w:spacing w:after="120" w:before="280" w:line="240" w:lineRule="auto"/>
      </w:pPr>
      <w:r>
        <w:rPr>
          <w:rFonts w:ascii="Times New Roman" w:hAnsi="Times New Roman" w:eastAsia="Times New Roman" w:cs="Times New Roman"/>
          <w:b/>
          <w:i w:val="0"/>
          <w:sz w:val="26"/>
        </w:rPr>
        <w:t>Ход урока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1. Мотивация к учебной деятельности (2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Создать интерес к теме через практическую задачу, ответ на которую пока недоступен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Приветствует класс, проверяет готовность рабочих мест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Читает условие: «В классе 48 конфет и 60 печений. Их надо разложить в одинаковые подарки так, чтобы ничего не осталось. Какое наибольшее число подарков получится?»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Спрашивает: «Что означает слово одинаковые в этой задаче? Что должно делиться нацело?»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Предлагает пока не искать ответ: «Запишем задачу на полях, вернёмся к ней в конце урока и решим за одну минуту»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Проверяют наличие тетради, учебника, черновика; Слушают условие и повторяют его своими словами; Отвечают, что и 48, и 60 должны делиться на число подарков; Записывают задачу в тетрадь как задачу дня.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Задача записана в тетрадях, ученики называют условие: число подарков должно быть общим делителем 48 и 60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2. Актуализация знаний и пробное учебное действие (5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Повторить понятия делителя и общего делителя и столкнуть учеников с трудоёмкостью перебора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Проводит устный счёт: «Назовите все делители числа 12», «Назовите все делители числа 18»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Записывает на доске два ряда: 1, 2, 3, 4, 6, 12 и 1, 2, 3, 6, 9, 18 и спрашивает: «Какие числа встретились в обоих рядах? Как назвать такие числа?»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Вводит запись НОД(12; 18) = 6 и просит проговорить, что означают буквы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Даёт пробное задание: «Найдите НОД(48; 60) тем же способом, выпишите все делители каждого числа. Время 2 минуты»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Через 2 минуты собирает результаты: «У кого готов ответ? У кого совпало? Сколько делителей выписали у 48?»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Устно называют делители 12 и 18, находят общие делители 1, 2, 3, 6; Формулируют: наибольший общий делитель это самое большое из общих делителей; Выписывают делители 48 и 60 в тетради перебором; Сообщают полученные результаты, обнаруживают расхождения и нехватку времени.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На доске ряды делителей 12 и 18 и запись НОД(12; 18) = 6; по паре 48 и 60 у класса разные или незаконченные ответы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3. Выявление места и причины затруднения (4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Определить, на каком шаге возник сбой и почему перебор не годится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одного ученика прочитать выписанные делители 48, а класс проверяет полноту списка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Спрашивает: «Кто потерял делитель 16? А делитель 24? В каком месте перебора легче всего пропустить число?»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ключевой вопрос: «Почему поиск НОД(48; 60) занял так много времени, а НОД(12; 18) мы нашли устно?»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Подводит итог диалога: «Значит, чем больше число, тем длиннее список. У нас нет способа, который не требует выписывать все делители»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Проверяют список делителей 48: 1, 2, 3, 4, 6, 8, 12, 16, 24, 48 и находят пропуски; Объясняют, что при большом числе делителей легко пропустить множитель из середины списка; Формулируют причину затруднения: перебор длинный и ненадёжный, готового алгоритма нет.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Класс словами называет причину: способ перебора неэкономный, нужен алгоритм, не требующий полного списка делителей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4. Построение проекта выхода из затруднения (5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Сформулировать цель урока и выдвинуть гипотезу о способе через разложение на простые множители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Предлагает сформулировать цель: «Закончите фразу: сегодня на уроке мы должны найти способ ...»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Записывает тему на доске после ответов учеников: «Наибольший общий делитель»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Напоминает: «Какое действие с числом мы недавно научились выполнять и что оно показывает про делители?»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Показывает подсказку: 12 = 2·2·3 и 18 = 2·3·3, спрашивает: «Что общего в этих записях и как это связано с ответом 6?»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Фиксирует план работы на доске: 1) разложить оба числа на простые множители, 2) найти общее в разложениях, 3) проверить на паре 48 и 60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Формулируют цель: научиться находить НОД без выписывания всех делителей; Вспоминают разложение числа на простые множители; Выдвигают гипотезу: общие простые множители дают наибольший общий делитель; Записывают план из трёх шагов в тетрадь.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На доске тема и план из трёх шагов, ученики называют гипотезу: НОД собирается из общих простых множителей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5. Реализация построенного проекта (8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Вывести алгоритм нахождения НОД и сверить его с правилом учебника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Организует разложение в столбик у доски: 48 = 2·2·2·2·3 и 60 = 2·2·3·5, два ученика работают одновременно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подчеркнуть цветом множители, которые есть в обеих записях: «Сколько двоек можно взять из 48? А сколько двоек есть у 60? Почему берём только две?»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Выводит с классом произведение 2·2·3 = 12 и спрашивает: «Проверим: 48 : 12 и 60 : 12 делятся нацело? Есть ли делитель больше 12?»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Помогает сформулировать алгоритм и записывает его на доске: 1) разложить каждое число на простые множители, 2) выписать множители, входящие в оба разложения (наименьшее число раз), 3) найти их произведение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Предлагает открыть учебник и сравнить: «Найдите правило нахождения НОД, с. ____. Совпало ли наше описание с текстом? Чего в нашей записи не хватает?»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Раскладывают 48 и 60 на простые множители в столбик; Выделяют общие множители и объясняют, почему берётся меньшее количество двоек; Вычисляют 2·2·3 = 12 и проверяют делимость 48 и 60 на 12; Записывают алгоритм из трёх шагов и сверяют его с правилом учебника, дополняют формулировку.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В тетрадях записан алгоритм из трёх шагов и решение НОД(48; 60) = 12, формулировка сверена с правилом учебника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6. Первичное закрепление с проговариванием во внешней речи (6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Закрепить алгоритм через громкое проговаривание каждого шага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Вызывает ученика к доске для НОД(72; 96) с обязательным комментарием: «Шаг первый: раскладываю 72 ...»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Останавливает при пропуске шага: «Ты назвал произведение, но не сказал, какие множители общие. Повтори шаг второй»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Даёт вторую пару НОД(90; 126), к доске идёт другой ученик, класс решает в тетрадях параллельно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контрольный вопрос: «В разложении 90 три множителя из 126 совпали? Проверьте, взяли ли вы тройку дважды»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Фиксирует ответы на доске: НОД(72; 96) = 24, НОД(90; 126) = 18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Раскладывают 72 = 2·2·2·3·3 и 96 = 2·2·2·2·2·3, проговаривают каждый шаг вслух; Находят общие множители 2·2·2·3 и получают 24; Раскладывают 90 = 2·3·3·5 и 126 = 2·3·3·7, получают 2·3·3 = 18; Сверяют свои записи с доской и исправляют оформление.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Оба примера решены и озвучены по шагам, ошибки в количестве общих множителей исправлены на месте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7. Самостоятельная работа с самопроверкой по эталону (5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Проверить умение применять алгоритм самостоятельно и организовать самоконтроль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Раздаёт карточки с заданием: найти НОД(24; 36), НОД(50; 75), НОД(35; 88), работа по вариантам одинакова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Напоминает регламент: «Четыре минуты на решение, разложение записываем в столбик, ответ обводим»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после сигнала перевернуть карточку и сверить с эталоном: НОД(24; 36) = 12, НОД(50; 75) = 25, НОД(35; 88) = 1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Уточняет правило проверки: «Каждый несовпавший ответ отмечаем на полях знаком вопроса, не стираем и не переписываем»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Наблюдает за третьим примером и фиксирует, у скольких учеников ответ 1 вызвал сомнение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Самостоятельно раскладывают числа и находят НОД по алгоритму; Сверяют результаты с эталоном на обороте карточки; Отмечают знаком вопроса примеры, где ответ не совпал; Готовят вопрос по примеру 35 и 88, где общих простых множителей не нашлось.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У каждого ученика проверенная карточка с отметками; учитель видит по поднятым рукам, кто затруднился в паре 35 и 88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8. Включение в систему знаний и повторение (7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Ввести понятие взаимно простых чисел и применить НОД к задаче и к сокращению дроби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Возвращает класс к задаче дня: «Сколько подарков получится и что попадёт в каждый подарок?»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дописать решение: 48 : 12 = 4 конфеты, 60 : 12 = 5 печений, ответ 12 подарков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Обсуждает случай 35 и 88: «Общих простых множителей нет, НОД равен 1. Такие числа называют взаимно простыми». Записывает определение на доске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Даёт быстрое задание: «Выберите взаимно простые пары: 8 и 15, 9 и 12, 14 и 25, 21 и 28»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Показывает применение: «Сократите дробь 48/60, разделив числитель и знаменатель на НОД. Что получилось и почему дальше сокращать нельзя?»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Дописывают решение задачи о подарках и формулируют ответ; Записывают определение взаимно простых чисел; Выбирают пары 8 и 15, 14 и 25 и обосновывают выбор через НОД; Сокращают 48/60 на 12, получают 4/5 и объясняют, что 4 и 5 взаимно простые.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Задача решена (12 подарков), в тетрадях определение взаимно простых чисел и запись 48/60 = 4/5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9. Рефлексия учебной деятельности (3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Соотнести результат урока с поставленной целью и оценить собственную работу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Возвращает к цели урока: «Мы искали способ короче перебора. Нашли? Чем разложение на множители выгоднее списка делителей?»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назвать три шага алгоритма без опоры на запись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Раздаёт лист самооценки с пунктами: раскладываю на простые множители, нахожу общие множители, вычисляю НОД, объясняю, что такое взаимно простые числа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Комментирует домашнее задание: «Базовое упр. ____, дополнительное упр. ____, задание по желанию записано на доске»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Сравнивают два способа и называют преимущество разложения; Проговаривают алгоритм по памяти; Заполняют лист самооценки, отмечая уверенные и слабые позиции; Записывают домашнее задание в дневник.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Листы самооценки сданы, класс воспроизводит алгоритм из трёх шагов, домашнее задание записано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Домашнее задание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Базовое: правило нахождения НОД по учебнику с. ____ выучить, упр. ____ (найти НОД трёх пар чисел) и упр. ____ (сократить дроби, используя НОД). По желанию: подобрать две пары взаимно простых чисел, каждое из которых больше 50, и доказать взаимную простоту разложением; придумать свою задачу о раскладывании предметов по одинаковым наборам.</w:t>
      </w:r>
    </w:p>
    <w:p>
      <w:pPr>
        <w:spacing w:after="80" w:before="16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Источники и материалы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1. Виленкин Н. Я., Жохов В. И., Чесноков А. С., Шварцбурд С. И. Математика. 6 класс. Учебник, п. «Наибольший общий делитель. Взаимно простые числа»,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2. Чесноков А. С., Нешков К. И. Дидактические материалы по математике. 6 класс,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3. Жохов В. И. Преподавание математики в 5-6 классах: методические рекомендации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4. Карточки для самостоятельной работы с эталоном, составленные учителем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5. Презентация к уроку с задачей о подарках и образцом записи алгоритма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 w:val="0"/>
          <w:i/>
          <w:color w:val="7F7F7F"/>
          <w:sz w:val="18"/>
        </w:rPr>
        <w:t>Конспект собран из технологической карты сервисом oformka.ru.</w:t>
      </w:r>
    </w:p>
    <w:sectPr w:rsidR="00FC693F" w:rsidRPr="0006063C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