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План-конспект урока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Русский язык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Класс: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4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Тема: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Спряжение глаголов: контрольная работа по теме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Тип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Контроль знаний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Длительность: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45 минут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УМК, учебник: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Канакина</w:t>
      </w:r>
    </w:p>
    <w:p>
      <w:pPr>
        <w:spacing w:after="200" w:before="12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Учитель: ____________________________   Дата: «____» ______________ 20____ г.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Цель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Проверить умение определять спряжение глагола по неопределённой форме и личным окончаниям и безошибочно писать личные окончания глаголов I и II спряжения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Обучающие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Проверить умение определять спряжение глагола по неопределённой форме и по ударному личному окончанию; Проконтролировать знание 11 глаголов-исключений и умение применять их при выборе окончания; Проверить умение изменять глагол по лицам и числам с сохранением правильного окончания; Проверить умение находить и исправлять ошибку в написании личного окончания в связном тексте.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Развивающие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Развивать умение работать по инструкции и укладываться в отведённое время; Формировать навык самопроверки по эталону и подсчёта результата по объявленным критериям; Развивать умение называть причину собственной ошибки, а не только её факт.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Воспитательные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Воспитывать честность при самопроверке: ошибку отмечают, а не исправляют тайком; Формировать спокойное отношение к контролю как к способу увидеть свои пробелы; Приучать к аккуратному оформлению письменной работы.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Определяют спряжение глагола по неопределённой форме, учитывая глаголы-исключения; Правильно пишут безударные личные окончания глаголов I спряжения (-ешь, -ет, -ем, -ете, -ут/-ют) и II спряжения (-ишь, -ит, -им, -ите, -ат/-ят); Изменяют глагол по лицам и числам в форме настоящего и будущего времени; Находят в тексте глагол с ошибочным окончанием и обосновывают исправление.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Метапредметные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Познавательные: применяют алгоритм определения спряжения к незнакомому слову; Регулятивные: удерживают инструкцию, распределяют время между заданиями трёх уровней; Регулятивные: сверяют работу с эталоном, фиксируют расхождения знаками «+» и «?»; Коммуникативные: формулируют причину затруднения в устном высказывании по речевому образцу.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Личностные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Осознают, что отметка получена по заранее известным и одинаковым для всех критериям; Проявляют самостоятельность при выполнении контрольной работы; Соотносят результат с личным вкладом в подготовку.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Оборудование: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Учебник: В. П. Канакина, В. Г. Горецкий. Русский язык. 4 класс, часть 2, с. ____, Бланки контрольной работы (8 заданий, 3 уровня) по числу учеников, Плакат-эталон с ответами (закрыт до 4 этапа), Таблица критериев на доске: 8-7 верных «5», 6-5 «4», 4 «3», Опорная таблица личных окончаний I и II спряжения (закрыта на время работы), Зелёные ручки для самопроверки, Карточка «Таблица затруднений» с графами: номер задания, тема, что повторить.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Основные понятия: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спряжение, I спряжение, II спряжение, неопределённая форма глагола, личное окончание, лицо и число глагола, глаголы-исключения, эталон самопроверки, критерии оценивания.</w:t>
      </w:r>
    </w:p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1. Мотивация к контрольно-коррекционной деятельности (3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Настроить на самостоятельную работу и сделать критерии оценивания известными до её начала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Открывает на доске таблицу критериев и проговаривает: «Сегодня 8 заданий трёх уровней. 8 или 7 верных, отметка «5»; 6 или 5, отметка «4»; 4 верных, отметка «3». Оценивать буду по этой таблице, других правил не будет».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Поясняет структуру бланка: «Задания 1-4 базовые, вставить окончание; 5-6 средний уровень, определить спряжение и изменить по лицам; 7-8 высокий, найти ошибку в тексте».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«Что нужно вспомнить, чтобы не потерять баллы в первых четырёх заданиях?»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правило работы: «Опорной таблицей окончаний пользоваться нельзя, она закрыта. Черновик разрешён, работаем ручкой, зелёная ручка лежит отдельно и до сигнала не берётся».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Слушают инструктаж, читают таблицу критериев с доски; Называют, что понадобится: неопределённая форма, окончание, список исключений; Проверяют наличие бланка, черновика и зелёной ручки; Записывают дату и вид работы по образцу на доске.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Каждый ученик может назвать количество заданий и границу отметки «4»; бланки и черновики подготовлены, вопросов по процедуре нет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2. Актуализация знаний и инструктаж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Освежить алгоритм определения спряжения и разобрать образец оформления записи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Организует хоровое проговаривание: «Гнать, держать, смотреть и видеть, дышать, слышать, ненавидеть, и обидеть, и терпеть, и зависеть, и вертеть».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устную разминку: «Определите спряжение: клеить, таять, вертеть». Просит обосновать по цепочке: «Клеить оканчивается на -ить, значит II спряжение».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Уточняет ловушку: «Таять на -ять, I спряжение, окончание -ет; вертеть исключение, II спряжение, окончание -ит».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Разбирает на доске образец записи: «пиш..шь: писать, не на -ить, не исключение, I спряжение, пишешь».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Напоминает порядок действий в задании высокого уровня: «Сначала выпишите глагол с ошибкой, потом рядом верную форму, затем в скобках спряжение».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Проговаривают хором 11 глаголов-исключений; Определяют спряжение слов «клеить, таять, вертеть» и обосновывают ответ; Читают образец записи с доски и повторяют шаги алгоритма в парах; Уточняют, как оформлять исправление в задании 7-8.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Ученики без подсказки называют спряжение трёх устных глаголов и повторяют образец записи; доска с образцом остаётся открытой, таблица окончаний закрывается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3. Выполнение контрольной работы (27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Проверить сформированность умения определять спряжение и писать личные окончания в письменной самостоятельной работе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Раздаёт бланки, объявляет распределение времени: «На задания 1-4 около 10 минут, на 5-6 около 8, на 7-8 около 9. Через 15 минут напомню о времени».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Уровень 1 (задания 1-4), пример: «Вставьте окончание и укажите спряжение: пиш..шь, стро..т, дыш..т, се..ют».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Уровень 2 (задания 5-6), пример: «Определите спряжение глагола лететь и измените его по лицам в единственном и множественном числе: я лечу, ты летишь, он летит, мы летим, вы летите, они летят».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Уровень 3 (задания 7-8), пример: «Найдите и исправьте ошибку: Ветер гоняит по двору сухие листья, а мальчики стро́ют шалаш. Выпишите верно, укажите спряжение».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Следит за посадкой и самостоятельностью, на вопросы по содержанию не отвечает, повторяет только формулировку задания.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 3 минуты до конца предупреждает: «Осталось три минуты, проверьте, что окончания вставлены во всех словах задания 1».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Выполняют задания последовательно, при затруднении переходят к следующему и возвращаются позже; Пользуются черновиком для постановки глагола в неопределённую форму; Записывают ответы по разобранному образцу, указывают спряжение цифрой I или II; Проверяют перед сдачей, что во всех восьми заданиях есть ответ.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Каждый ученик сдал заполненный бланк с 8 выполненными заданиями; учитель фиксирует, кто не успел дойти до высокого уровня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4. Самопроверка по эталону и фиксация затруднений (6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Научить видеть расхождение с эталоном и точно называть место ошибки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Открывает плакат-эталон и напоминает: «Проверяем зелёной ручкой, ответ не переписываем. Совпало, ставим «+», не совпало, ставим «?».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Читает эталон по заданиям, комментируя спорные случаи: «Задание 3: дышит, потому что дышать исключение, II спряжение».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подсчитать количество «+» и соотнести с таблицей критериев на доске.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Организует заполнение таблицы затруднений: «В первую графу впишите номер задания со знаком «?», во вторую что именно: окончание или исключение».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Собирает поднятием руки статистику: «Кто поставил «?» у задания 7? У задания 3?» и отмечает результат для планирования коррекции.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Сверяют свои записи с эталоном и отмечают зелёной ручкой «+» или «?»; Подсчитывают число верных ответов и определяют отметку по таблице критериев; Вписывают номера заданий с ошибкой в таблицу затруднений и указывают тему; Поднимают руку при опросе по номерам заданий.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У каждого в бланке проставлены «+» и «?», подсчитан балл и заполнена таблица затруднений; учитель видит два-три самых частых номера ошибок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5. Рефлексия деятельности (4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Установить причину личного затруднения и определить, что повторить дома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Выводит на доску начало фразы: «Ошибку допустил, потому что ...» и просит закончить её письменно одной строкой.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 варианты продолжения для опоры: «... забыл проверить неопределённую форму», «... не вспомнил исключение», «... торопился».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Заслушивает 4-5 высказываний и обобщает: «Чаще всего мы теряли баллы там, где не поставили глагол в неопределённую форму».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выбрать и обвести в карточке одно из двух: «окончания I и II спряжения» или «11 глаголов-исключений», это и станет темой домашнего повторения.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Сообщает, когда будет объявлен итог: «Работы проверю к следующему уроку, отметку выставлю по той же таблице, что висит на доске».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Заканчивают фразу «Ошибку допустил, потому что ...» письменно; Озвучивают своё предложение по желанию; Обводят в карточке правило, которое требуется повторить дома; Сдают бланки и карточки затруднений.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У каждого ученика на карточке записана причина ошибки и обведено правило для повторения; карточки сданы учителю как основа урока коррекции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повторить правило определения спряжения и таблицу личных окончаний, учебник с. ____, упр. ____; выписать 6 глаголов, определить спряжение и записать форму 2-го лица единственного числа. По желанию: составить 4-5 предложений о зимнем лесе, употребив глаголы-исключения (смотреть, дышать, держать, видеть), окончания подчеркнуть.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В. П. Канакина, В. Г. Горецкий. Русский язык. 4 класс. Учебник в 2 частях. Часть 2,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В. П. Канакина. Русский язык. Рабочая тетрадь. 4 класс, часть 2,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Канакина В. П., Горецкий В. Г. Русский язык. Методическое пособие с поурочными разработками. 4 класс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Примерная рабочая программа начального общего образования по русскому языку (обновлённый ФГОС НОО)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Авторские бланки контрольной работы и плакат-эталон, подготовленные учителем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Конспект собран из технологической карты сервисом oformka.ru.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