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Русский язык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6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Буквы о и е после шипящих в суффиксах имён существительных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Открытие нового знания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Баранов, Ладыженская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Вывести и применить правило выбора букв о и е после шипящих в суффиксах существительных в зависимости от ударения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Повторить правило написания о и е после шипящих в окончаниях существительных (плащом, тучей)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Вывести условие выбора о и е в суффиксах существительных: ударение после шипящей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алгоритм: выделить суффикс, поставить ударение, выбрать букву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Научить различать орфограмму в суффиксе и в окончании (ножонка, ножом)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сравнивать языковой материал двух столбиков и находить общий признак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умение строить алгоритм действия и следовать ему при письме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навык самопроверки по эталону и подсчёта собственных ошибок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внимание к морфемному составу слова как основе грамотного письма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привычку признавать затруднение и искать его причину, а не угадывать букву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Поддерживать уважительное отношение к ответу одноклассника при обсуждении вариантов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Обозначают орфограмму «о и е после шипящих в суффиксах существительных» графически: выделяют суффикс, ставят ударение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Выбирают о под ударением и е без ударения в суффиксах -ок-, -онок-, -онк-, -ек-, -еньк-, -ечк-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Отличают написание в суффиксе от написания в окончании существительных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Разбирают по составу слова типа медвежонок, орешек, ручонка, книжечка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сравнивают два ряда слов, выделяют существенный признак и формулируют вывод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определяют цель урока после пробного действия, сверяют результат с эталоном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проговаривают шаги алгоритма вслух, аргументируют выбор буквы в паре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свои знания и обозначают границу «знаю, не знаю»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интерес к устройству русской орфографии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Стремятся к грамотному письму как признаку речевой культуры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шипящие звуки ж, ч, ш, щ, суффикс, окончание, ударение, орфограмма, имя существительное, морфемный разбор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Учебник: Русский язык. 6 класс. Баранов М. Т., Ладыженская Т. А. и др., Доска с записью слов медвежонок, орешек, Карточки для самостоятельной работы (8 слов) и лист-эталон, Презентация со столбиками слов и с алгоритмом, Шкала уверенности на доске (от 0 до 10) и стикеры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проблемный диалог (побуждающий и подводящий), наблюдение над языковым материалом и сравнение двух столбиков, комментированное письмо, работа с эталоном и самопроверка, морфемный разбор, приём «шкала уверенности»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Создать интерес к орфограмме и включить класс в работу через противоречие в написании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закрытую часть доски с двумя словами: медвежонок и орешек.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«Что общего у этих слов и чем они различаются на письме?»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ключевой вопрос: «Почему после шипящей в одном слове написано о, а в другом е? Кто может объяснить прямо сейчас?»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Фиксирует реакцию класса репликой: «Версии есть, доказательства пока нет. Значит, есть чему научиться сегодня».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слова, называют общее: после шипящей ж и ш стоит гласная.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Высказывают предположения о причине разного написания.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Признают, что точного объяснения дать не могут.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настраиваются на учебную задачу и принимают ситуацию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сопоставляют два слова и выделяют общий орфографический признак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высказывают предположение в форме краткого суждения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включён в работу, вопрос «почему о, а почему е» записан на доске и остаётся открытым до конца этапа 5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пробное учебное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Повторить известное правило об окончаниях и предъявить задание, которое старым способом не решается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Диктует для повторения: плащом, тучей, врачом, ношей. Просит объяснить выбор буквы («после шипящей в окончании под ударением о, без ударения е»).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выделить в этих словах окончание и поставить ударение.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пробное действие: «Вставьте буквы: ключ...к, галч...нок, доч...нька. Работайте самостоятельно, 1 минуту».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Собирает варианты у доски, записывает все версии без оценки: «Пока ни одну версию не отвергаем».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слова с окончаниями, обозначают орфограмму и ударение.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известное правило о выборе о и е в окончаниях.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Вставляют буквы в три новых слова, получают разные варианты.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Сравнивают свои записи с записями соседа по парте.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воспроизводят известное правило и пробуют перенести его на новый материал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пробное действие и фиксируют расхождение результатов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сопоставляют свой ответ с ответом соседа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несколько разных вариантов написания слов ключ...к, галч...нок, доч...нька, класс видит отсутствие единого ответа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Выявление места и причины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Установить, в какой морфеме находится орфограмма и почему известное правило не срабатывает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«В какой части слова находится буква в словах плащом и галчонок? Разберите обе части по составу».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выделить морфемы: плащ-ом (окончание), галч-онок (суффикс).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вопрос: «Наше правило было про окончание. Работает ли оно здесь?»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сформулировать причину: «Мы применили правило не к той морфеме, о суффиксах правило нам неизвестно».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доске: «Место затруднения: суффикс. Причина: нет правила».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Разбирают слова по составу, выделяют окончание в одних словах и суффикс в других.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Устанавливают, что орфограмма в словах ключ...к, галч...нок, доч...нька стоит в суффиксе.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причину затруднения: правило об окончаниях к суффиксу не подходит.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определяют морфему, в которой находится орфограмма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устанавливают причину затруднения и границу своего знания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формулируют вывод в понятной другим форме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называет место орфограммы (суффикс) и причину затруднения (правило для суффиксов не изучено), запись зафиксирована на доске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Построение проекта выхода из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Сформулировать цель урока и составить план действий по выведению правила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закончить фразу: «Цель урока: узнать, когда в суффиксе существительного после шипящей пишется ...».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формулировку темы и записывает её на доске.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«Что помогало выбирать букву в окончании? Может ли этот признак пригодиться в суффиксе?»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составление плана и записывает шаги на доске: 1) выделить суффикс, 2) поставить ударение, 3) сравнить слова с ударным и безударным суффиксом, 4) сделать вывод, 5) проверить по учебнику.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цель: узнать условие выбора о и е в суффиксе существительного.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Предполагают, что решающим признаком будет ударение.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и записывают план из пяти шагов в тетрадь.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тему урока.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ставят учебную цель и планируют последовательность действий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выдвигают гипотезу о признаке (ударение) на основе аналогии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участвуют в коллективном обсуждении плана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записаны тема и план из пяти шагов, класс называет ударение как проверяемую гипотезу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Реализация построенного проекта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Вывести правило и алгоритм на основе анализа двух столбиков слов и сверить вывод с учебником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парная,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на экран два столбика: первый (волчонок, крючок, ручонка, бережок), второй (орешек, доченька, книжечка, кусочек... с ударением на корне).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задание парам: «Выделите суффикс, поставьте ударение, определите, в каком столбике суффикс ударный».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вопросы: «Какая буква пишется в ударном суффиксе? Какая в безударном? Зависит ли выбор от того, какая именно шипящая перед гласной?»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оформить вывод и записывает алгоритм: 1) убедиться, что орфограмма в суффиксе; 2) поставить ударение; 3) под ударением о, без ударения 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сверку с учебником: «Откройте § ____, прочитайте правило и найдите то, чего мы не сказали».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класс к словам из этапа 2: «Проверьте по алгоритму ключик, галчонок, доченька».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Выделяют суффиксы -онок-, -ок-, -онк-, -ек-, -еньк-, -ечк-, ставят ударение в каждом слове.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Устанавливают закономерность: в ударном суффиксе о, в безударном 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правило в учебнике и сравнивают его со своей формулировкой.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алгоритм в тетрадь и исправляют пробное задание: ключик, галчонок, доченька.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сравнивают два ряда слов, выявляют закономерность и формулируют правило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собственный вывод с формулировкой учебника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договариваются в паре и представляют общий вывод классу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записан алгоритм из трёх шагов, слова пробного действия исправлены верно, вывод учеников совпадает с правилом § ____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 с проговариванием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Закрепить алгоритм через громкое проговаривание шагов при письме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комментированное письмо: пирож...к, реч...нька, друж...к, овраж...к, свеч...чка.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образец комментария: «Пирожок: суффикс -ок-, ударение падает на суффикс, значит пишу о».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Вызывает к доске по одному ученику на слово, остальные пишут в тетрадях и обозначают орфограмму.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Останавливается на слове реч...нька: «Куда падает ударение? Значит, какая буква?»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проверить, нет ли среди записанных слов такого, где орфограмма в окончании.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слова, выделяют суффикс, ставят ударение, обозначают орфограмму.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вслух все три шага алгоритма для каждого слова.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Исправляют друг друга, если комментарий пропускает шаг с ударением.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действуют по алгоритму и контролируют полноту его выполнения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развёрнутое устное объяснение выбора буквы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подводят конкретное слово под изученное правило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Пять слов записаны верно (пирожок, реченька, дружок, овражек, свечечка), каждый ученик хотя бы раз проговорил алгоритм вслух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Самостоятельная работа с самопроверкой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умение применять правило самостоятельно и зафиксировать индивидуальные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карточку из 8 слов: собач...нка, платоч...к, кош...чка, бельч...нок, снеж...к, реч...нка, горош...к, туч...чка.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условие: «Пишем 3 минуты, обязательно выделяем суффикс и ставим ударение».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эталон на доске: собачонка, платочек, кошечка, бельчонок, снежок, речонка, горошек, тучечка.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подсчитать ошибки и отметить на полях знак: «+» без ошибок, «?» одна-две, «!» три и более.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Уточняет: «Кто ошибся, назовите шаг алгоритма, который пропустили».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Вставляют буквы, выделяют суффикс и ставят ударение в восьми словах.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работу с эталоном и подчёркивают расхождения.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Подсчитывают количество ошибок и ставят на полях условный знак.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пропущенный шаг алгоритма как причину ошибки.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работу по времени и сверяют результат с эталоном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причину собственной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адекватно оценивают уровень усвоения материала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ученика на полях знак самооценки, учитель по поднятым рукам видит, сколько человек справились без ошибок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8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Включение в систему знаний и повторение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Развести написание о и е в суффиксе и в окончании и включить новое правило в общую систему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пары: ключом, ключик, ножом, ножонка. Спрашивает: «В какой морфеме орфограмма в каждом слове?»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разобрать все четыре слова по составу и объяснить букву, назвав нужное правило.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Обращает внимание: «Правило одно по сути (под ударением о, без ударения е), но морфему определить нужно обязательно».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выполнение упр. ____ с записью слов в два столбика: орфограмма в суффиксе и орфограмма в окончании.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задание на конструирование: «Образуйте от слов рука, книга, волк, собака существительные с суффиксами -онк-, -ечк-, -онок- и объясните букву».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Определяют морфему в словах ключом, ключик, ножом, ножонка и объясняют написание.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Разбирают слова по составу, выделяя корень, суффикс и окончание.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Распределяют слова упр. ____ в два столбика по месту орфограммы.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Образуют слова ручонка, книжечка, волчонок, собачонка и комментируют выбор буквы.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классифицируют слова по месту орфограммы и обобщают правило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применяют алгоритм в изменённых условиях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объясняют партнёру ход рассуждения при разборе слова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Слова упр. ____ распределены по двум столбикам без смешения суффикса и окончания, класс формулирует общий принцип для обеих морфем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9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Соотнести результат с целью урока и зафиксировать оставшиеся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Возвращается к словам медвежонок и орешек: «Теперь ответ есть? Объясните за одно предложение».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«Какой вопрос мы задаём себе перед выбором буквы?» (Где орфограмма и куда падает ударение.)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поставить стикер на шкале уверенности от 0 до 10.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записать на обороте стикера одно слово, в котором ещё есть сомнение, и собирает стикеры для следующего урока.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Объясняют написание слов медвежонок и орешек по алгоритму.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два контрольных вопроса перед выбором буквы.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 своё место на шкале уверенности и записывают слово-сомнение.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достигнутый результат с поставленной целью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осознают, что именно освоено и что требует доработки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кратко формулируют итог урока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Большинство стикеров в зоне 7-10, у учителя список слов, вызывающих затруднение, для повторения на следующем уроке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выучить правило § ____, выполнить упр. ____ (вставить буквы, выделить суффикс, поставить ударение). По желанию: составить словарный диктант из 12 слов на изученную орфограмму (по 6 слов с о и с е в суффиксе) и обменяться им с соседом по парте.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Баранов М. Т., Ладыженская Т. А., Тростенцова Л. А. и др. Русский язык. 6 класс. Учебник в 2 частях. М.: Просвещение, §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Ладыженская Т. А., Тростенцова Л. А. и др. Русский язык. Методические рекомендации. 6 класс. М.: Просвещение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Богданова Г. А. Уроки русского языка в 6 классе. М.: Просвещение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Раздаточная карточка из 8 слов с листом-эталоном (разработка учителя)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Электронный ресурс: интерактивные тренажёры по орфографии (РЭШ, урок по теме о и е после шипящих)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