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Русский язык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8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Обособленные определения: систематизация условий обособления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Обобщение и систематизация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Бархударов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Систематизировать условия обособления определений и закрепить умение верно ставить знаки препинания при согласованных и несогласованных определениях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Свести в единую таблицу условия обособления и необособления согласованных и несогласованных определений; Отработать постановку запятых при причастных оборотах и одиночных определениях, стоящих после определяемого слова; Научить различать случаи «Мальчик в синей куртке шёл впереди» и «Мальчик, в синей куртке и кепке, шёл впереди»; Закрепить умение перестраивать несколько простых предложений в одно с обособленным определением.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классифицировать языковые факты по заданному основанию и оформлять результат в виде таблицы; Формировать навык интонационного чтения предложения с обособленным членом (паузы, понижение голоса); Развивать самоконтроль через сверку работы с эталоном.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внимание к смысловой точности письменной речи; Формировать корректность оценивания работы одноклассника при взаимопроверке.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условия обособления определений: положение после определяемого слова, отнесённость к личному местоимению, добавочное значение причины или уступки, распространённость; Ставят запятые при согласованных и несогласованных определениях и графически обозначают их в схеме предложения; Преобразуют два-три простых предложения в одно с причастным оборотом или одиночным определением.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сравнивают пары предложений и выводят признак, по которому проходит граница между обособлением и его отсутствием; Коммуникативные: объясняют соседу по парте причину исправления в его работе, опираясь на пункт таблицы; Регулятивные: сверяют диктант с эталоном, отмечают ошибку и указывают номер нарушенного условия.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Осознают, что запятая при определении меняет смысл высказывания, а не только оформляет его; Оценивают свой уровень владения темой по листу самооценки и называют условие, вызвавшее затруднение.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Бархударов С. Г. и др. Русский язык. 8 класс, Карточки с текстом-описанием для этапа редактирования (по числу пар), Заготовка таблицы «Обособляем / не обособляем» на печатных листах, Слайд с эталоном пунктуационного диктанта, Лист самооценки с перечнем условий обособления.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обособление, согласованное определение, несогласованное определение, причастный оборот, определяемое слово, добавочное обстоятельственное значение (причины, уступки), одиночное определение, интонация обособления.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Показать смыслоразличительную роль запятой при определении и вывести класс на тему урока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две строки: «Уставший он молчал» и «Уставший, он молчал»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«Кто в первом случае молчал, а кто во втором? В каком варианте „уставший“ отвечает на вопрос „какой?“, а в каком добавляет причину: молчал, потому что устал?»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«К какому слову относится определение во втором предложении и почему при местоимении „он“ запятая обязательна?»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задачу урока: «Сегодня не учим новое, а собираем все условия обособления определений в одну таблицу, чтобы решать спорные случаи за секунду»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оба варианта с разной интонацией; Объясняют, что во втором предложении определение относится к личному местоимению и получает значение причины; Записывают тему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тему и цель урока, в тетрадях записана дата и тема; учитель слышит верное объяснение разницы двух вариантов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фиксация затруднений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известные условия обособления и зафиксировать спорный случай с несогласованным определением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четыре предложения для расстановки знаков: 1) «Дорога заросшая травой вела к реке»; 2) «Взволнованный он не мог продолжать»; 3) «Раненный в плечо солдат не покинул строя»; 4) «Мальчик в синей куртке шёл впереди»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После записи просит объяснить каждый знак по формуле «обособляю, потому что...»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Намеренно останавливается на четвёртом предложении: «Здесь определение „в синей куртке“ стоит перед сказуемым, но после определяемого слова. Почему же запятых нет? Что должно измениться, чтобы они появились?»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затруднение на доске в виде вопроса: «Когда несогласованное определение обособляется?»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сравнить: «Мальчик, в синей куртке и старой кепке, уверенно шёл впереди отряда»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предложения под диктовку и расставляют запятые; Формулируют условие обособления для первых трёх предложений (после определяемого слова, при местоимении, значение причины); Обнаруживают, что для четвёртого предложения готового правила не хватает, и записывают вопрос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четыре предложения со знаками и объяснениями, на доске записан проблемный вопрос о несогласованных определениях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Обобщение и систематизация знаний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Свести все условия обособления определений в одну таблицу с примерами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заготовку таблицы с двумя колонками: «Обособляем» и «Не обособляем» и строками для примера и условия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материал для распределения: «Туча, нависшая над лесом, обещала грозу»; «Нависшая над лесом туча обещала грозу»; «Усталые, мы возвращались домой»; «Обрадованный встречей, дед долго не отпускал нас»; «Он вернулся домой смущённым»; «Дама, в шляпе с широкими полями, вошла в зал»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заполнение по вопросам: «Где стоит определение относительно главного слова? К чему оно относится: к существительному или местоимению? Есть ли добавочное значение причины? Распространено оно или одиночное?»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вопросу этапа актуализации: «Несогласованное определение обособляем, если оно относится к личному местоимению, к имени собственному или если автору важно выделить признак интонационно»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устно достроить строку «не обособляем»: определение стоит перед определяемым словом и не имеет значения причины; определение входит в состав сказуемого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свернуть таблицу в короткую формулу-подсказку из трёх пунктов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Распределяют предложения по колонкам и вписывают рядом условие; Формулируют признаки обособления: положение, местоимение, значение причины, распространённость; Проговаривают в парах свою формулу-подсказку и уточняют её.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заполнена таблица с шестью примерами и условиями; класс устно воспроизводит правило в трёх пунктах, включая случай с несогласованным определением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Применение знаний в новой ситуации (12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Перенести правило в задачу редактирования: строить предложения с обособленными определениями самостоятельно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с рублеными предложениями: «Перед домом стоял клён. Он был посажен дедом. Ветки клёна тянулись к окну. Они были покрыты инеем. Мы смотрели на дерево. Мы были рады возвращению»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задачу: «Сократите текст втрое. Каждую пару предложений соедините в одно так, чтобы появилось обособленное определение. Знаки объясните по таблице»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Проходит по рядам, подсказывает вопросом: «Куда поставить оборот, чтобы запятые стали обязательными?»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две-три пары прочитать получившийся текст вслух с паузами на месте запятых и спрашивает класс: «Слышна ли граница оборота на слух?»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дополнительное условие сильным парам: в одном предложении определение должно относиться к местоимению «мы»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лучший вариант и вместе с классом чертит схему предложения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Перестраивают текст, объединяя предложения в конструкции с причастными оборотами; Расставляют знаки и подписывают над оборотом номер условия из таблицы; Читают вслух с интонацией обособления, слушают и оценивают чтение одноклассников; Чертят схему одного предложения в тетради.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сокращённый текст из трёх предложений с обособленными определениями и схемой одного из них; при чтении вслух паузы совпадают с запятыми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Контроль усвоения и коррекция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самостоятельно ставить знаки и устранить типичные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шесть предложений: 1) «Небо покрытое тучами не предвещало ничего доброго»; 2) «Оглушённый ударом он не сразу поднялся»; 3) «Заросшая тропинка уводила в глубь сада»; 4) «Отец в старом плаще и сапогах уже ждал у калитки»; 5) «Дети утомлённые долгой дорогой быстро уснули»; 6) «В воздухе пахло сыростью и прелой листвой»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слайд с эталоном и назначает взаимопроверку: сосед ставит на полях знак «+» или номер нарушенного условия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статистику: «Поднимите руку, у кого ошибка в предложении 3. А у кого в предложении 5?»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у доски два самых частых случая: отсутствие обособления перед определяемым словом в предложении 3 и пропуск запятой при определении со значением причины в предложении 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проговорить исправление по формуле: «Здесь запятая не нужна, потому что оборот стоит перед словом „тропинка“ и не выражает причины»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предложения и расставляют знаки самостоятельно; Обмениваются тетрадями и проверяют работу соседа по эталону, указывая номер условия; Участвуют в разборе двух ошибок у доски и вносят исправление красной ручкой.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работа проверена и подписана проверяющим; на доске разобраны два ошибочных случая, ученики называют условие, которое нарушили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Рефлексия и подведение итогов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Обобщить условия обособления и оценить личное продвижение по теме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дописать в тетради фразу «Запятая при определении нужна, если...» тремя способами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Заслушивает три-четыре варианта и сводит их в общий вывод на доске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лист самооценки с перечнем условий и предлагает отметить то, которое пока даётся труднее всего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работу класса, отмечает пары, точно выполнившие редактирование текста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домашнее задание и поясняет объём творческой части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Дописывают фразу и зачитывают свои формулировки; Отмечают в листе самооценки трудное условие; Записывают домашнее задание в дневник.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записаны три условия обособления и заполнен лист самооценки; учитель видит по листам, какое условие вынести на следующий урок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упр. ____ (расставить знаки при обособленных определениях, обозначить определяемое слово и графически выделить оборот); повторить таблицу условий из тетради. По желанию: составить описание своей улицы из 5-6 предложений так, чтобы в трёх из них были обособленные определения, одно из которых относится к личному местоимению.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Бархударов С. Г., Крючков С. Е., Максимов Л. Ю., Чешко Л. А. Русский язык. 8 класс.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программа по русскому языку для 8 класса в соответствии с ФГОС ООО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Розенталь Д. Э. Справочник по правописанию и литературной правке (раздел об обособленных определениях)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Раздаточные карточки с текстом-описанием и заготовкой таблицы «Обособляем / не обособляем», подготовленные учителем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Слайд-презентация с эталоном пунктуационного диктанта и схемами предложений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