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План-конспект урока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Технология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Класс: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5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Тема: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Правила безопасной работы на кухне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Тип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Комбинированный урок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Длительность: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45 минут</w:t>
      </w:r>
    </w:p>
    <w:p>
      <w:pPr>
        <w:spacing w:after="200" w:before="12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Учитель: ____________________________   Дата: «____» ______________ 20____ г.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Цель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Освоить правила безопасной работы с электроприборами, горячей водой, огнём и режущими инструментами на кухне и научиться применять их при выполнении кулинарных работ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Обучающие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Ввести понятия «санитария», «гигиена», «техника безопасности», «ожог», «электробезопасность» применительно к кухонным работам; Научить различать четыре группы опасностей на кухне: кипяток и пар, раскалённое масло, режущие инструменты, электрический ток; Отработать безопасные приёмы: передача ножа ручкой вперёд, снятие крышки с кастрюли движением на себя, отключение чайника за корпус вилки; Сформировать умение оказывать первую помощь при лёгком ожоге и порезе.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Развивающие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Развивать умение находить нарушения правил безопасности на изображении и объяснять их последствия; Развивать умение выстраивать пункты инструкции в логическом порядке; Развивать речь через объяснение по схеме «опасность, причина, правило».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Воспитательные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Воспитывать ответственное отношение к собственному здоровью и здоровью тех, кто рядом; Формировать привычку к порядку на рабочем месте и аккуратности в спецодежде; Воспитывать умение работать в паре, выслушивая мнение соседа.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Называют три зоны кухни и оборудование каждой зоны; Перечисляют не менее пяти правил безопасной работы с ножом, плитой, горячей водой и электроприборами; Показывают безопасные приёмы передачи ножа и снятия крышки; Объясняют, чем тушат загоревшееся на сковороде масло и почему нельзя заливать его водой.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Метапредметные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Познавательные: классифицируют опасности по источнику и заполняют таблицу «Опасность, чем вызвана»; Коммуникативные: договариваются в паре о порядке пунктов инструкции и аргументируют выбор; Регулятивные: сверяют собранную инструкцию с эталоном на слайде и исправляют ошибки.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Личностные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Осознают связь между соблюдением правил и сохранением здоровья; Проявляют готовность соблюдать требования безопасности в школьной и домашней кухне; Оценивают собственный уровень усвоения материала карточкой «знаю, сомневаюсь».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Оборудование: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Плакат «Планировка и зоны кухни», Презентация со слайдом-эталоном «Инструкция по безопасной работе на кухне», Рисунок 1 «Найди нарушение» (раздаточный, по одному на парту), Конверты с карточками пунктов инструкции для парной работы, Кухонный нож с закруглённым концом, кастрюля с крышкой, электрочайник (демонстрационные, без включения в сеть), Аптечка, крышка для сковороды, полотенце, прихватки, Сигнальные карточки «знаю» (зелёная) и «сомневаюсь» (жёлтая).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Основные понятия: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санитария и гигиена, техника безопасности, зоны кухни: хранения, мытья, приготовления, электробезопасность, ожог, порез, первая помощь, инструкция.</w:t>
      </w:r>
    </w:p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1. Организационный момент (2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Подготовить рабочие места и настроить класс на работу по теме безопасности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Приветствует класс, проверяет наличие фартуков и косынок: «Спецодежда на кухне не украшение, а защита. От чего защищает косынка?»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осмотреть стол: «Что на вашем столе сейчас лишнее и может помешать работе?»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Отмечает отсутствующих, называет тему урока и записывает её на доске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Обращает внимание на плакат зон кухни, который понадобится через несколько минут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Надевают фартуки и косынки, проверяют готовность соседа по парте; Убирают со стола лишние предметы, оставляют тетрадь, ручку и учебник; Записывают дату и тему урока в тетрадь.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Все ученики в спецодежде, столы освобождены от лишнего, тема записана; учитель фиксирует готовность визуальным обходом ряда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2. Проверка домашнего задания (6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Проверить знание планировки кухни и назначения оборудования как основы для темы безопасности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Проводит фронтальный опрос: «Назовите три рабочие зоны кухни», «Какое оборудование относится к зоне мытья?»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Вызывает двоих к плакату: первый показывает и называет зону хранения (холодильник, шкафы для круп и посуды), второй зону приготовления (плита, духовой шкаф, вытяжка)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уточняющий вопрос: «Почему мойку не размещают вплотную к плите?»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 о правиле рабочего треугольника: «В каком порядке располагают холодильник, мойку и плиту и зачем?»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Оценивает ответы отвечавших у плаката, комментирует типичные неточности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Отвечают с места, называют зоны и оборудование каждой из них; Двое показывают зоны на плакате и объясняют назначение приборов; Дополняют ответы товарищей, исправляют неточности.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Класс воспроизводит три зоны и их оборудование, двое получают отметки; учитель видит, что база для разговора об опасностях есть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3. Актуализация опорных знаний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Вывести учащихся на осознание источников травм на кухне и оформить их в таблицу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вопрос классу: «Какие травмы можно получить на кухне?»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Чертит на доске таблицу из двух столбцов «Опасность, чем вызвана» и вписывает первую строку по ответу ученика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Направляет ответы наводящими репликами: «Обварилась рука, а что было причиной: вода или пар из-под крышки?»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Заполняет вместе с классом четыре строки: кипяток (пар, брызги при переливании), масло (разбрызгивание, возгорание), нож (соскальзывание, неверная передача), ток (мокрые руки, повреждённый шнур)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Подводит к цели урока: «Опасности мы назвали. Чего не хватает во второй половине таблицы?»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Называют случаи травм из собственного опыта и наблюдений дома; Определяют причину каждой опасности, а не только её название; Переносят таблицу в тетрадь и оставляют место для третьего столбца «Правило».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 доске и в тетрадях таблица с четырьмя опасностями и причинами; ученики сами называют, что нужно узнать правила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4. Изучение нового материала (14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Раскрыть правила по четырём группам опасностей и показать безопасные приёмы в действии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Блок 1, режущие инструменты: показывает, как передают нож ручкой вперёд, лезвием к себе, и как нарезают, подгибая пальцы левой руки «когтем»; спрашивает: «Куда убирают нож сразу после работы и почему нельзя класть его в мойку с водой?»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Блок 2, горячая вода и пар: демонстрирует снятие крышки с кастрюли движением на себя, дальним краем вверх, с прихваткой; поясняет правило поворота ручек сковород и кастрюль внутрь плиты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Блок 3, огонь и масло: объясняет, почему горящее масло нельзя заливать водой, показывает накрывание сковороды крышкой и мокрым полотенцем; задаёт вопрос: «Что произойдёт с каплей воды в раскалённом масле?»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Блок 4, электроприборы: показывает отключение электрочайника, взявшись за корпус вилки, а не за шнур; формулирует правило о сухих руках и целом шнуре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краткий блок первой помощи: ожог охладить холодной водой 10-15 минут, порез промыть и закрыть пластырем, обратиться к учителю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После каждого блока делает паузу и просит одного ученика повторить приём или сформулировать правило одной фразой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Наблюдают демонстрации и отвечают на вопросы по ходу объяснения; Повторяют за учителем приёмы передачи ножа и снятия крышки на демонстрационном столе; Заполняют третий столбец таблицы «Правило» кратко, по одному-двум пунктам на каждую опасность; Формулируют вывод: правило вытекает из причины травмы.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Таблица в тетради заполнена во всех трёх столбцах, двое-трое учеников безошибочно воспроизводят приёмы у демонстрационного стола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5. Первичное закрепление (10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Перейти от разбора по образцу к самостоятельному составлению инструкции в паре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рисунок 1 «Найди нарушение» и разбирает первое нарушение как образец: «Ручка сковороды повёрнута наружу, её можно задеть, посуда опрокинется, ожог»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задание найти остальные нарушения (нож у края стола, шнур чайника в воде, тряпка на конфорке, распущенные волосы) и подписать рядом номер правила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парную работу: каждая пара получает конверт с карточками пунктов инструкции «Работа с электроплитой» и собирает их в правильном порядке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Выводит на слайд эталон инструкции и просит сверить порядок, отметить расхождения карандашом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 пары с расхождениями: «Какой пункт вы поставили иначе и чем это могло бы обернуться?»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Находят на рисунке нарушения и записывают к каждому причину возможной травмы; Работают в парах: раскладывают карточки, договариваются о порядке пунктов; Сверяют результат с эталоном на слайде и отмечают ошибки; Объясняют, почему пункт о проверке шнура стоит до включения прибора.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Каждая пара предъявляет собранную инструкцию, большинство находят не менее четырёх нарушений на рисунке; учитель фиксирует типичные ошибки в порядке пунктов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6. Домашнее задание и инструктаж (3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Разъяснить содержание и оформление домашней работы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на доске: параграф ____, выписать 5 правил безопасной работы на кухне в тетрадь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Поясняет вторую часть: составить перечень опасных мест домашней кухни по образцу «место, чем опасно, что изменить»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Показывает образец оформления в тетради: заголовок, дата, нумерация правил в столбик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задание по желанию: нарисовать памятку-знак для одной из опасностей или расспросить взрослых о случае из их практики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Отвечает на вопросы по объёму: «Пять правил это не пять страниц, каждое в одну строку»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Записывают задание в дневник; Уточняют форму оформления перечня опасных мест; Выбирают, будут ли выполнять задание по желанию.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Задание записано у всех, вопросов по оформлению не остаётся, учитель проверяет запись у двоих в дневнике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7. Подведение итогов и рефлексия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Проверить усвоение ключевых правил и зафиксировать самооценку учащихся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три контрольных вопроса: «Чем тушат загоревшееся на сковороде масло?», «Куда убирают нож сразу после нарезки?», «Что делают в первую минуту при ожоге?»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после каждого ответа поднять карточку: зелёная «знаю», жёлтая «сомневаюсь»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Возвращается к таблице на доске и предлагает одним предложением сформулировать вывод урока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Отмечает работу пар, назвавших наибольшее число нарушений на рисунке, выставляет отметки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Комментирует поднятые жёлтые карточки: «Кто поднял жёлтую на вопрос об ожоге, откройте параграф и перечитайте абзац о первой помощи»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Отвечают на контрольные вопросы, дополняя друг друга; Поднимают сигнальные карточки, оценивая своё понимание каждого правила; Формулируют вывод: правило безопасности вытекает из причины возможной травмы; Сдают тетради с заполненной таблицей на выборочную проверку.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Большинство карточек зелёные, три ключевых правила названы верно; учитель видит по жёлтым карточкам, какие вопросы повторить на следующем уроке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прочитать параграф ____, выписать в тетрадь 5 правил безопасной работы на кухне (по одному на каждую группу опасностей) и составить перечень опасных мест своей домашней кухни по образцу «место, чем опасно, что изменить». По желанию: нарисовать памятку-знак для одной из опасностей или записать со слов взрослых один случай нарушения правил на кухне и его последствия.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Технология. 5 класс: учебник / под ред. В. М. Казакевича. Москва: Просвещение,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Синица Н. В., Симоненко В. Д. Технология. Технологии ведения дома. 5 класс. Москва: Вентана-Граф,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Инструкция по охране труда для кабинета обслуживающего труда (кулинарные работы), утверждённая в образовательной организации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Плакаты серии «Безопасность на кухне» и «Планировка кухни» из фонда кабинета технологии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Презентация учителя со слайдом-эталоном «Инструкция по безопасной работе с электроплитой» и рисунком 1 «Найди нарушение»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Конспект собран из технологической карты сервисом oformka.ru.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